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902531F" w14:textId="3935E7E5" w:rsidR="00FE678E" w:rsidRDefault="00D15D0A" w:rsidP="00CD1D69">
      <w:pPr>
        <w:jc w:val="center"/>
        <w:rPr>
          <w:rFonts w:ascii="Arial" w:hAnsi="Arial" w:cs="Arial"/>
          <w:lang w:val="sl-SI"/>
        </w:rPr>
      </w:pPr>
      <w:r w:rsidRPr="00075743">
        <w:rPr>
          <w:rFonts w:ascii="Arial" w:hAnsi="Arial" w:cs="Arial"/>
          <w:b/>
          <w:bCs/>
          <w:lang w:val="sl-SI"/>
        </w:rPr>
        <w:br/>
        <w:t>DONATORSKA POGODBA</w:t>
      </w:r>
      <w:r w:rsidRPr="00075743">
        <w:rPr>
          <w:rFonts w:ascii="Arial" w:hAnsi="Arial" w:cs="Arial"/>
          <w:lang w:val="sl-SI"/>
        </w:rPr>
        <w:br/>
        <w:t>ki jo skleneta</w:t>
      </w:r>
    </w:p>
    <w:p w14:paraId="1114760A" w14:textId="6377E112" w:rsidR="00570AE8" w:rsidRPr="00100F51" w:rsidRDefault="001543BD">
      <w:pPr>
        <w:rPr>
          <w:rFonts w:ascii="Arial" w:hAnsi="Arial" w:cs="Arial"/>
          <w:b/>
          <w:bCs/>
          <w:lang w:val="sl-SI"/>
        </w:rPr>
      </w:pPr>
      <w:r w:rsidRPr="00075743">
        <w:rPr>
          <w:rFonts w:ascii="Arial" w:hAnsi="Arial" w:cs="Arial"/>
          <w:lang w:val="sl-SI"/>
        </w:rPr>
        <w:t xml:space="preserve">Naziv donatorja: </w:t>
      </w:r>
      <w:r w:rsidRPr="00075743">
        <w:rPr>
          <w:rFonts w:ascii="Arial" w:hAnsi="Arial" w:cs="Arial"/>
          <w:lang w:val="sl-SI"/>
        </w:rPr>
        <w:br/>
        <w:t xml:space="preserve">ki ga zastopa </w:t>
      </w:r>
      <w:r w:rsidRPr="00075743">
        <w:rPr>
          <w:rFonts w:ascii="Arial" w:hAnsi="Arial" w:cs="Arial"/>
          <w:lang w:val="sl-SI"/>
        </w:rPr>
        <w:br/>
        <w:t xml:space="preserve">Matična številka: </w:t>
      </w:r>
      <w:r w:rsidRPr="00075743">
        <w:rPr>
          <w:rFonts w:ascii="Arial" w:hAnsi="Arial" w:cs="Arial"/>
          <w:lang w:val="sl-SI"/>
        </w:rPr>
        <w:br/>
        <w:t xml:space="preserve">ID za DDV: </w:t>
      </w:r>
      <w:r w:rsidRPr="00075743">
        <w:rPr>
          <w:rFonts w:ascii="Arial" w:hAnsi="Arial" w:cs="Arial"/>
          <w:lang w:val="sl-SI"/>
        </w:rPr>
        <w:br/>
        <w:t>kot donator</w:t>
      </w:r>
      <w:r w:rsidRPr="00075743">
        <w:rPr>
          <w:rFonts w:ascii="Arial" w:hAnsi="Arial" w:cs="Arial"/>
          <w:lang w:val="sl-SI"/>
        </w:rPr>
        <w:br/>
      </w:r>
      <w:r w:rsidRPr="00075743">
        <w:rPr>
          <w:rFonts w:ascii="Arial" w:hAnsi="Arial" w:cs="Arial"/>
          <w:lang w:val="sl-SI"/>
        </w:rPr>
        <w:br/>
        <w:t>in</w:t>
      </w:r>
      <w:r w:rsidRPr="00075743">
        <w:rPr>
          <w:rFonts w:ascii="Arial" w:hAnsi="Arial" w:cs="Arial"/>
          <w:lang w:val="sl-SI"/>
        </w:rPr>
        <w:br/>
      </w:r>
      <w:r w:rsidRPr="00075743">
        <w:rPr>
          <w:rFonts w:ascii="Arial" w:hAnsi="Arial" w:cs="Arial"/>
          <w:lang w:val="sl-SI"/>
        </w:rPr>
        <w:br/>
        <w:t>OBČINA SOLČAVA, Solčava 29, 3335 Solčava,</w:t>
      </w:r>
      <w:r w:rsidRPr="00075743">
        <w:rPr>
          <w:rFonts w:ascii="Arial" w:hAnsi="Arial" w:cs="Arial"/>
          <w:lang w:val="sl-SI"/>
        </w:rPr>
        <w:br/>
        <w:t>ki jo zastopa županja Katarina Prelesnik,</w:t>
      </w:r>
      <w:r w:rsidRPr="00075743">
        <w:rPr>
          <w:rFonts w:ascii="Arial" w:hAnsi="Arial" w:cs="Arial"/>
          <w:lang w:val="sl-SI"/>
        </w:rPr>
        <w:br/>
        <w:t>Matična številka: 1365851000, ID za DDV: SI78412447</w:t>
      </w:r>
      <w:r w:rsidRPr="00075743">
        <w:rPr>
          <w:rFonts w:ascii="Arial" w:hAnsi="Arial" w:cs="Arial"/>
          <w:lang w:val="sl-SI"/>
        </w:rPr>
        <w:br/>
        <w:t>kot prejemnik donacije</w:t>
      </w:r>
      <w:r w:rsidRPr="00075743">
        <w:rPr>
          <w:rFonts w:ascii="Arial" w:hAnsi="Arial" w:cs="Arial"/>
          <w:lang w:val="sl-SI"/>
        </w:rPr>
        <w:br/>
      </w:r>
    </w:p>
    <w:p w14:paraId="76D95D11" w14:textId="4BBA07E8" w:rsidR="00100F51" w:rsidRPr="00100F51" w:rsidRDefault="00570AE8" w:rsidP="00100F51">
      <w:pPr>
        <w:rPr>
          <w:rFonts w:ascii="Arial" w:hAnsi="Arial" w:cs="Arial"/>
          <w:b/>
          <w:bCs/>
          <w:lang w:val="sl-SI"/>
        </w:rPr>
      </w:pPr>
      <w:r w:rsidRPr="00100F51">
        <w:rPr>
          <w:rFonts w:ascii="Arial" w:hAnsi="Arial" w:cs="Arial"/>
          <w:b/>
          <w:bCs/>
          <w:lang w:val="sl-SI"/>
        </w:rPr>
        <w:t>UVODNE UGOTOVITVE</w:t>
      </w:r>
    </w:p>
    <w:p w14:paraId="4A5D7C37" w14:textId="3D0BF182" w:rsidR="00DD4EFB" w:rsidRDefault="00D15D0A" w:rsidP="00FE678E">
      <w:pPr>
        <w:rPr>
          <w:rFonts w:ascii="Arial" w:eastAsia="Times New Roman" w:hAnsi="Arial" w:cs="Arial"/>
          <w:lang w:val="sl-SI" w:eastAsia="sl-SI"/>
        </w:rPr>
      </w:pPr>
      <w:r w:rsidRPr="00075743">
        <w:rPr>
          <w:rFonts w:ascii="Arial" w:hAnsi="Arial" w:cs="Arial"/>
          <w:lang w:val="sl-SI"/>
        </w:rPr>
        <w:t>1. člen</w:t>
      </w:r>
      <w:r w:rsidRPr="00075743">
        <w:rPr>
          <w:rFonts w:ascii="Arial" w:hAnsi="Arial" w:cs="Arial"/>
          <w:lang w:val="sl-SI"/>
        </w:rPr>
        <w:br/>
        <w:t>Pogodbeni stranki uvodoma ugotavljata:</w:t>
      </w:r>
      <w:r w:rsidRPr="00075743">
        <w:rPr>
          <w:rFonts w:ascii="Arial" w:hAnsi="Arial" w:cs="Arial"/>
          <w:lang w:val="sl-SI"/>
        </w:rPr>
        <w:br/>
        <w:t xml:space="preserve">- da </w:t>
      </w:r>
      <w:r w:rsidR="001543BD" w:rsidRPr="00075743">
        <w:rPr>
          <w:rFonts w:ascii="Arial" w:hAnsi="Arial" w:cs="Arial"/>
          <w:lang w:val="sl-SI"/>
        </w:rPr>
        <w:t xml:space="preserve">je </w:t>
      </w:r>
      <w:r w:rsidRPr="00075743">
        <w:rPr>
          <w:rFonts w:ascii="Arial" w:hAnsi="Arial" w:cs="Arial"/>
          <w:lang w:val="sl-SI"/>
        </w:rPr>
        <w:t xml:space="preserve"> </w:t>
      </w:r>
      <w:r w:rsidR="00DD4EFB">
        <w:rPr>
          <w:rFonts w:ascii="Arial" w:eastAsia="Times New Roman" w:hAnsi="Arial" w:cs="Arial"/>
          <w:lang w:val="sl-SI" w:eastAsia="sl-SI"/>
        </w:rPr>
        <w:t xml:space="preserve">v četrtek 20. avgusta 2026  ob  cca. 22.40 </w:t>
      </w:r>
      <w:r w:rsidR="001543BD" w:rsidRPr="00075743">
        <w:rPr>
          <w:rFonts w:ascii="Arial" w:eastAsia="Times New Roman" w:hAnsi="Arial" w:cs="Arial"/>
          <w:lang w:val="sl-SI" w:eastAsia="sl-SI"/>
        </w:rPr>
        <w:t xml:space="preserve">udar strele zanetil požar na območju Občine Solčava, na </w:t>
      </w:r>
      <w:r w:rsidR="00DD4EFB">
        <w:rPr>
          <w:rFonts w:ascii="Arial" w:eastAsia="Times New Roman" w:hAnsi="Arial" w:cs="Arial"/>
          <w:lang w:val="sl-SI" w:eastAsia="sl-SI"/>
        </w:rPr>
        <w:t>kmetiji PLODER  (</w:t>
      </w:r>
      <w:proofErr w:type="spellStart"/>
      <w:r w:rsidR="00DD4EFB">
        <w:rPr>
          <w:rFonts w:ascii="Arial" w:eastAsia="Times New Roman" w:hAnsi="Arial" w:cs="Arial"/>
          <w:lang w:val="sl-SI" w:eastAsia="sl-SI"/>
        </w:rPr>
        <w:t>p.d</w:t>
      </w:r>
      <w:proofErr w:type="spellEnd"/>
      <w:r w:rsidR="00DD4EFB">
        <w:rPr>
          <w:rFonts w:ascii="Arial" w:eastAsia="Times New Roman" w:hAnsi="Arial" w:cs="Arial"/>
          <w:lang w:val="sl-SI" w:eastAsia="sl-SI"/>
        </w:rPr>
        <w:t>. na PLOD</w:t>
      </w:r>
      <w:bookmarkStart w:id="0" w:name="_GoBack"/>
      <w:bookmarkEnd w:id="0"/>
      <w:r w:rsidR="00DD4EFB">
        <w:rPr>
          <w:rFonts w:ascii="Arial" w:eastAsia="Times New Roman" w:hAnsi="Arial" w:cs="Arial"/>
          <w:lang w:val="sl-SI" w:eastAsia="sl-SI"/>
        </w:rPr>
        <w:t>ROVEM)</w:t>
      </w:r>
      <w:r w:rsidR="00CD1D69">
        <w:rPr>
          <w:rFonts w:ascii="Arial" w:eastAsia="Times New Roman" w:hAnsi="Arial" w:cs="Arial"/>
          <w:lang w:val="sl-SI" w:eastAsia="sl-SI"/>
        </w:rPr>
        <w:t>,</w:t>
      </w:r>
      <w:r w:rsidR="00DD4EFB">
        <w:rPr>
          <w:rFonts w:ascii="Arial" w:eastAsia="Times New Roman" w:hAnsi="Arial" w:cs="Arial"/>
          <w:lang w:val="sl-SI" w:eastAsia="sl-SI"/>
        </w:rPr>
        <w:t xml:space="preserve"> družina Slapnik, </w:t>
      </w:r>
      <w:r w:rsidR="001543BD" w:rsidRPr="00075743">
        <w:rPr>
          <w:rFonts w:ascii="Arial" w:eastAsia="Times New Roman" w:hAnsi="Arial" w:cs="Arial"/>
          <w:lang w:val="sl-SI" w:eastAsia="sl-SI"/>
        </w:rPr>
        <w:t xml:space="preserve">Podolševa </w:t>
      </w:r>
      <w:r w:rsidR="00DD4EFB">
        <w:rPr>
          <w:rFonts w:ascii="Arial" w:eastAsia="Times New Roman" w:hAnsi="Arial" w:cs="Arial"/>
          <w:lang w:val="sl-SI" w:eastAsia="sl-SI"/>
        </w:rPr>
        <w:t>25</w:t>
      </w:r>
      <w:r w:rsidR="001543BD" w:rsidRPr="00075743">
        <w:rPr>
          <w:rFonts w:ascii="Arial" w:eastAsia="Times New Roman" w:hAnsi="Arial" w:cs="Arial"/>
          <w:lang w:val="sl-SI" w:eastAsia="sl-SI"/>
        </w:rPr>
        <w:t>, Solčava</w:t>
      </w:r>
      <w:r w:rsidR="00075743">
        <w:rPr>
          <w:rFonts w:ascii="Arial" w:eastAsia="Times New Roman" w:hAnsi="Arial" w:cs="Arial"/>
          <w:lang w:val="sl-SI" w:eastAsia="sl-SI"/>
        </w:rPr>
        <w:t>;</w:t>
      </w:r>
    </w:p>
    <w:p w14:paraId="6ED59A46" w14:textId="57BFB987" w:rsidR="00DD4EFB" w:rsidRPr="006B195A" w:rsidRDefault="00DD4EFB" w:rsidP="00DD4EFB">
      <w:pPr>
        <w:spacing w:before="100" w:after="100" w:line="240" w:lineRule="auto"/>
        <w:rPr>
          <w:rFonts w:ascii="Arial" w:eastAsia="Times New Roman" w:hAnsi="Arial" w:cs="Arial"/>
          <w:lang w:val="sl-SI" w:eastAsia="sl-SI"/>
        </w:rPr>
      </w:pPr>
      <w:r w:rsidRPr="006B195A">
        <w:rPr>
          <w:rFonts w:ascii="Arial" w:eastAsia="Times New Roman" w:hAnsi="Arial" w:cs="Arial"/>
          <w:lang w:val="sl-SI" w:eastAsia="sl-SI"/>
        </w:rPr>
        <w:t>- Strela je zanetila požar na gospodarskem poslopju – hlevu, ki je v celoti pogorel. Uničeni je vsa specialna kmetijska mehanizacija in priključki</w:t>
      </w:r>
      <w:r w:rsidR="00CD1D69" w:rsidRPr="006B195A">
        <w:rPr>
          <w:rFonts w:ascii="Arial" w:eastAsia="Times New Roman" w:hAnsi="Arial" w:cs="Arial"/>
          <w:lang w:val="sl-SI" w:eastAsia="sl-SI"/>
        </w:rPr>
        <w:t>, ter predelovalnica mleka, ki je bila urejena v uničenem poslopju in je skupaj z živinorejo predstavljala glavni vir prihodka kmetije</w:t>
      </w:r>
    </w:p>
    <w:p w14:paraId="095BE51B" w14:textId="72EE2C42" w:rsidR="00DD4EFB" w:rsidRPr="00DD4EFB" w:rsidRDefault="00570AE8" w:rsidP="00DD4EFB">
      <w:pPr>
        <w:spacing w:before="100" w:after="100" w:line="240" w:lineRule="auto"/>
        <w:rPr>
          <w:rFonts w:ascii="Arial" w:eastAsia="Times New Roman" w:hAnsi="Arial" w:cs="Arial"/>
          <w:sz w:val="24"/>
          <w:szCs w:val="24"/>
          <w:lang w:val="sl-SI" w:eastAsia="sl-SI"/>
        </w:rPr>
      </w:pPr>
      <w:r w:rsidRPr="00075743">
        <w:rPr>
          <w:rFonts w:ascii="Arial" w:eastAsia="Times New Roman" w:hAnsi="Arial" w:cs="Arial"/>
          <w:lang w:val="sl-SI" w:eastAsia="sl-SI"/>
        </w:rPr>
        <w:t xml:space="preserve">- </w:t>
      </w:r>
      <w:r w:rsidR="001543BD" w:rsidRPr="00075743">
        <w:rPr>
          <w:rFonts w:ascii="Arial" w:eastAsia="Times New Roman" w:hAnsi="Arial" w:cs="Arial"/>
          <w:lang w:val="sl-SI" w:eastAsia="sl-SI"/>
        </w:rPr>
        <w:t xml:space="preserve"> </w:t>
      </w:r>
      <w:r w:rsidRPr="00075743">
        <w:rPr>
          <w:rFonts w:ascii="Arial" w:hAnsi="Arial" w:cs="Arial"/>
          <w:lang w:val="sl-SI"/>
        </w:rPr>
        <w:t xml:space="preserve">da donator želi z </w:t>
      </w:r>
      <w:proofErr w:type="spellStart"/>
      <w:r w:rsidRPr="00075743">
        <w:rPr>
          <w:rFonts w:ascii="Arial" w:hAnsi="Arial" w:cs="Arial"/>
          <w:lang w:val="sl-SI"/>
        </w:rPr>
        <w:t>doniranjem</w:t>
      </w:r>
      <w:proofErr w:type="spellEnd"/>
      <w:r w:rsidRPr="00075743">
        <w:rPr>
          <w:rFonts w:ascii="Arial" w:hAnsi="Arial" w:cs="Arial"/>
          <w:lang w:val="sl-SI"/>
        </w:rPr>
        <w:t xml:space="preserve"> finančnih sredstev pomagati  prizadeti družini </w:t>
      </w:r>
      <w:r w:rsidR="00DD4EFB">
        <w:rPr>
          <w:rFonts w:ascii="Arial" w:hAnsi="Arial" w:cs="Arial"/>
          <w:lang w:val="sl-SI"/>
        </w:rPr>
        <w:t xml:space="preserve">Slapnik </w:t>
      </w:r>
      <w:r w:rsidRPr="00075743">
        <w:rPr>
          <w:rFonts w:ascii="Arial" w:hAnsi="Arial" w:cs="Arial"/>
          <w:lang w:val="sl-SI"/>
        </w:rPr>
        <w:t xml:space="preserve">po domače </w:t>
      </w:r>
      <w:r w:rsidR="00DD4EFB">
        <w:rPr>
          <w:rFonts w:ascii="Arial" w:hAnsi="Arial" w:cs="Arial"/>
          <w:lang w:val="sl-SI"/>
        </w:rPr>
        <w:t xml:space="preserve">PLODROVIM </w:t>
      </w:r>
      <w:r w:rsidRPr="00075743">
        <w:rPr>
          <w:rFonts w:ascii="Arial" w:hAnsi="Arial" w:cs="Arial"/>
          <w:lang w:val="sl-SI"/>
        </w:rPr>
        <w:t xml:space="preserve">pri odpravi posledic </w:t>
      </w:r>
      <w:bookmarkStart w:id="1" w:name="_Hlk233054482"/>
      <w:r w:rsidRPr="00075743">
        <w:rPr>
          <w:rFonts w:ascii="Arial" w:hAnsi="Arial" w:cs="Arial"/>
          <w:lang w:val="sl-SI"/>
        </w:rPr>
        <w:t>katastrofalne nesreče</w:t>
      </w:r>
      <w:bookmarkEnd w:id="1"/>
      <w:r w:rsidRPr="00075743">
        <w:rPr>
          <w:rFonts w:ascii="Arial" w:hAnsi="Arial" w:cs="Arial"/>
          <w:lang w:val="sl-SI"/>
        </w:rPr>
        <w:t>, opisane v prejšnji alineji</w:t>
      </w:r>
      <w:r w:rsidR="004A62F9" w:rsidRPr="00075743">
        <w:rPr>
          <w:rFonts w:ascii="Arial" w:hAnsi="Arial" w:cs="Arial"/>
          <w:lang w:val="sl-SI"/>
        </w:rPr>
        <w:t xml:space="preserve">, pomagati pri </w:t>
      </w:r>
      <w:r w:rsidR="00DD4EFB" w:rsidRPr="00DD4EFB">
        <w:rPr>
          <w:rFonts w:ascii="Arial" w:eastAsia="Times New Roman" w:hAnsi="Arial" w:cs="Arial"/>
          <w:sz w:val="24"/>
          <w:szCs w:val="24"/>
          <w:lang w:val="sl-SI" w:eastAsia="sl-SI"/>
        </w:rPr>
        <w:t>ponovno vzpostavit</w:t>
      </w:r>
      <w:r w:rsidR="00CD1D69">
        <w:rPr>
          <w:rFonts w:ascii="Arial" w:eastAsia="Times New Roman" w:hAnsi="Arial" w:cs="Arial"/>
          <w:sz w:val="24"/>
          <w:szCs w:val="24"/>
          <w:lang w:val="sl-SI" w:eastAsia="sl-SI"/>
        </w:rPr>
        <w:t>vi</w:t>
      </w:r>
      <w:r w:rsidR="00DD4EFB" w:rsidRPr="00DD4EFB">
        <w:rPr>
          <w:rFonts w:ascii="Arial" w:eastAsia="Times New Roman" w:hAnsi="Arial" w:cs="Arial"/>
          <w:sz w:val="24"/>
          <w:szCs w:val="24"/>
          <w:lang w:val="sl-SI" w:eastAsia="sl-SI"/>
        </w:rPr>
        <w:t xml:space="preserve"> pogojev za gospodarjenje in v</w:t>
      </w:r>
      <w:r w:rsidR="00CD1D69">
        <w:rPr>
          <w:rFonts w:ascii="Arial" w:eastAsia="Times New Roman" w:hAnsi="Arial" w:cs="Arial"/>
          <w:sz w:val="24"/>
          <w:szCs w:val="24"/>
          <w:lang w:val="sl-SI" w:eastAsia="sl-SI"/>
        </w:rPr>
        <w:t>z</w:t>
      </w:r>
      <w:r w:rsidR="00DD4EFB" w:rsidRPr="00DD4EFB">
        <w:rPr>
          <w:rFonts w:ascii="Arial" w:eastAsia="Times New Roman" w:hAnsi="Arial" w:cs="Arial"/>
          <w:sz w:val="24"/>
          <w:szCs w:val="24"/>
          <w:lang w:val="sl-SI" w:eastAsia="sl-SI"/>
        </w:rPr>
        <w:t>trajanje na domači kmetiji.</w:t>
      </w:r>
    </w:p>
    <w:p w14:paraId="29F48786" w14:textId="2570EB57" w:rsidR="001543BD" w:rsidRPr="00075743" w:rsidRDefault="001543BD" w:rsidP="004A62F9">
      <w:pPr>
        <w:spacing w:before="100" w:after="100" w:line="240" w:lineRule="auto"/>
        <w:rPr>
          <w:rFonts w:ascii="Arial" w:hAnsi="Arial" w:cs="Arial"/>
          <w:lang w:val="sl-SI"/>
        </w:rPr>
      </w:pPr>
    </w:p>
    <w:p w14:paraId="6CDEF058" w14:textId="3ACE2D3E" w:rsidR="00100F51" w:rsidRPr="00100F51" w:rsidRDefault="004A62F9" w:rsidP="004D4056">
      <w:pPr>
        <w:spacing w:before="100" w:after="100" w:line="240" w:lineRule="auto"/>
        <w:rPr>
          <w:rFonts w:ascii="Arial" w:eastAsia="Times New Roman" w:hAnsi="Arial" w:cs="Arial"/>
          <w:b/>
          <w:bCs/>
          <w:lang w:val="sl-SI" w:eastAsia="sl-SI"/>
        </w:rPr>
      </w:pPr>
      <w:r w:rsidRPr="00100F51">
        <w:rPr>
          <w:rFonts w:ascii="Arial" w:eastAsia="Times New Roman" w:hAnsi="Arial" w:cs="Arial"/>
          <w:b/>
          <w:bCs/>
          <w:lang w:val="sl-SI" w:eastAsia="sl-SI"/>
        </w:rPr>
        <w:t>PREDMET POGODBE</w:t>
      </w:r>
    </w:p>
    <w:p w14:paraId="30507934" w14:textId="77777777" w:rsidR="00100F51" w:rsidRPr="00100F51" w:rsidRDefault="00100F51" w:rsidP="004D4056">
      <w:pPr>
        <w:spacing w:before="100" w:after="100" w:line="240" w:lineRule="auto"/>
        <w:rPr>
          <w:rFonts w:ascii="Arial" w:eastAsia="Times New Roman" w:hAnsi="Arial" w:cs="Arial"/>
          <w:lang w:val="sl-SI" w:eastAsia="sl-SI"/>
        </w:rPr>
      </w:pPr>
    </w:p>
    <w:p w14:paraId="12AE6ACA" w14:textId="7FBF597E" w:rsidR="00FE678E" w:rsidRDefault="004A62F9" w:rsidP="004D4056">
      <w:pPr>
        <w:spacing w:before="100" w:after="100" w:line="240" w:lineRule="auto"/>
        <w:rPr>
          <w:rFonts w:ascii="Arial" w:hAnsi="Arial" w:cs="Arial"/>
          <w:lang w:val="sl-SI"/>
        </w:rPr>
      </w:pPr>
      <w:r w:rsidRPr="00075743">
        <w:rPr>
          <w:rFonts w:ascii="Arial" w:hAnsi="Arial" w:cs="Arial"/>
          <w:lang w:val="sl-SI"/>
        </w:rPr>
        <w:t>2. člen</w:t>
      </w:r>
      <w:r w:rsidRPr="00075743">
        <w:rPr>
          <w:rFonts w:ascii="Arial" w:hAnsi="Arial" w:cs="Arial"/>
          <w:lang w:val="sl-SI"/>
        </w:rPr>
        <w:br/>
        <w:t xml:space="preserve">S to pogodbo se donator obvezuje, da bo za </w:t>
      </w:r>
      <w:r w:rsidR="004D4056" w:rsidRPr="00075743">
        <w:rPr>
          <w:rFonts w:ascii="Arial" w:hAnsi="Arial" w:cs="Arial"/>
          <w:lang w:val="sl-SI"/>
        </w:rPr>
        <w:t xml:space="preserve">pomoč pri </w:t>
      </w:r>
      <w:r w:rsidRPr="00075743">
        <w:rPr>
          <w:rFonts w:ascii="Arial" w:hAnsi="Arial" w:cs="Arial"/>
          <w:lang w:val="sl-SI"/>
        </w:rPr>
        <w:t xml:space="preserve">odpravo posledic </w:t>
      </w:r>
      <w:r w:rsidR="004D4056" w:rsidRPr="00075743">
        <w:rPr>
          <w:rFonts w:ascii="Arial" w:hAnsi="Arial" w:cs="Arial"/>
          <w:lang w:val="sl-SI"/>
        </w:rPr>
        <w:t xml:space="preserve"> katastrofalne nesreče – </w:t>
      </w:r>
      <w:bookmarkStart w:id="2" w:name="_Hlk233056225"/>
      <w:r w:rsidR="004D4056" w:rsidRPr="00075743">
        <w:rPr>
          <w:rFonts w:ascii="Arial" w:hAnsi="Arial" w:cs="Arial"/>
          <w:lang w:val="sl-SI"/>
        </w:rPr>
        <w:t xml:space="preserve">POŽAR </w:t>
      </w:r>
      <w:r w:rsidR="004D4056" w:rsidRPr="00CD1D69">
        <w:rPr>
          <w:rFonts w:ascii="Arial" w:hAnsi="Arial" w:cs="Arial"/>
          <w:b/>
          <w:bCs/>
          <w:lang w:val="sl-SI"/>
        </w:rPr>
        <w:t xml:space="preserve">NA </w:t>
      </w:r>
      <w:bookmarkEnd w:id="2"/>
      <w:r w:rsidR="00CD1D69" w:rsidRPr="00CD1D69">
        <w:rPr>
          <w:rFonts w:ascii="Arial" w:hAnsi="Arial" w:cs="Arial"/>
          <w:b/>
          <w:bCs/>
          <w:lang w:val="sl-SI"/>
        </w:rPr>
        <w:t>PLODROVI  DOMAČIJI</w:t>
      </w:r>
      <w:r w:rsidR="00CD1D69">
        <w:rPr>
          <w:rFonts w:ascii="Arial" w:hAnsi="Arial" w:cs="Arial"/>
          <w:lang w:val="sl-SI"/>
        </w:rPr>
        <w:t xml:space="preserve"> </w:t>
      </w:r>
      <w:r w:rsidRPr="00075743">
        <w:rPr>
          <w:rFonts w:ascii="Arial" w:hAnsi="Arial" w:cs="Arial"/>
          <w:lang w:val="sl-SI"/>
        </w:rPr>
        <w:t xml:space="preserve">prejemniku donacije </w:t>
      </w:r>
      <w:r w:rsidR="004D4056" w:rsidRPr="00075743">
        <w:rPr>
          <w:rFonts w:ascii="Arial" w:hAnsi="Arial" w:cs="Arial"/>
          <w:lang w:val="sl-SI"/>
        </w:rPr>
        <w:t xml:space="preserve"> OBČINI SOLČAVA </w:t>
      </w:r>
      <w:r w:rsidRPr="00075743">
        <w:rPr>
          <w:rFonts w:ascii="Arial" w:hAnsi="Arial" w:cs="Arial"/>
          <w:lang w:val="sl-SI"/>
        </w:rPr>
        <w:t xml:space="preserve">nakazal donatorska sredstva v višini </w:t>
      </w:r>
      <w:r w:rsidR="004D4056" w:rsidRPr="00075743">
        <w:rPr>
          <w:rFonts w:ascii="Arial" w:hAnsi="Arial" w:cs="Arial"/>
          <w:lang w:val="sl-SI"/>
        </w:rPr>
        <w:t>________________________</w:t>
      </w:r>
      <w:r w:rsidRPr="00075743">
        <w:rPr>
          <w:rFonts w:ascii="Arial" w:hAnsi="Arial" w:cs="Arial"/>
          <w:lang w:val="sl-SI"/>
        </w:rPr>
        <w:t>EUR.</w:t>
      </w:r>
      <w:r w:rsidRPr="00075743">
        <w:rPr>
          <w:rFonts w:ascii="Arial" w:hAnsi="Arial" w:cs="Arial"/>
          <w:lang w:val="sl-SI"/>
        </w:rPr>
        <w:br/>
      </w:r>
      <w:r w:rsidRPr="00075743">
        <w:rPr>
          <w:rFonts w:ascii="Arial" w:hAnsi="Arial" w:cs="Arial"/>
          <w:lang w:val="sl-SI"/>
        </w:rPr>
        <w:br/>
      </w:r>
    </w:p>
    <w:p w14:paraId="5F0F6421" w14:textId="77777777" w:rsidR="00FE678E" w:rsidRDefault="00FE678E" w:rsidP="004D4056">
      <w:pPr>
        <w:spacing w:before="100" w:after="100" w:line="240" w:lineRule="auto"/>
        <w:rPr>
          <w:rFonts w:ascii="Arial" w:hAnsi="Arial" w:cs="Arial"/>
          <w:lang w:val="sl-SI"/>
        </w:rPr>
      </w:pPr>
    </w:p>
    <w:p w14:paraId="3121D484" w14:textId="77777777" w:rsidR="00FE678E" w:rsidRDefault="00FE678E" w:rsidP="004D4056">
      <w:pPr>
        <w:spacing w:before="100" w:after="100" w:line="240" w:lineRule="auto"/>
        <w:rPr>
          <w:rFonts w:ascii="Arial" w:hAnsi="Arial" w:cs="Arial"/>
          <w:lang w:val="sl-SI"/>
        </w:rPr>
      </w:pPr>
    </w:p>
    <w:p w14:paraId="00402CDC" w14:textId="77777777" w:rsidR="00FE678E" w:rsidRDefault="00FE678E" w:rsidP="004D4056">
      <w:pPr>
        <w:spacing w:before="100" w:after="100" w:line="240" w:lineRule="auto"/>
        <w:rPr>
          <w:rFonts w:ascii="Arial" w:hAnsi="Arial" w:cs="Arial"/>
          <w:lang w:val="sl-SI"/>
        </w:rPr>
      </w:pPr>
    </w:p>
    <w:p w14:paraId="55722B1C" w14:textId="3CED8CD2" w:rsidR="00FE678E" w:rsidRDefault="004A62F9" w:rsidP="004D4056">
      <w:pPr>
        <w:spacing w:before="100" w:after="100" w:line="240" w:lineRule="auto"/>
        <w:rPr>
          <w:rFonts w:ascii="Arial" w:hAnsi="Arial" w:cs="Arial"/>
          <w:lang w:val="sl-SI"/>
        </w:rPr>
      </w:pPr>
      <w:r w:rsidRPr="00075743">
        <w:rPr>
          <w:rFonts w:ascii="Arial" w:hAnsi="Arial" w:cs="Arial"/>
          <w:lang w:val="sl-SI"/>
        </w:rPr>
        <w:t>Donator bo donatorska sredstva nakazal na transakcijski račun Občine Solčava</w:t>
      </w:r>
      <w:r w:rsidR="004D4056" w:rsidRPr="00075743">
        <w:rPr>
          <w:rFonts w:ascii="Arial" w:hAnsi="Arial" w:cs="Arial"/>
          <w:lang w:val="sl-SI"/>
        </w:rPr>
        <w:t xml:space="preserve">, ki </w:t>
      </w:r>
      <w:r w:rsidRPr="00075743">
        <w:rPr>
          <w:rFonts w:ascii="Arial" w:hAnsi="Arial" w:cs="Arial"/>
          <w:lang w:val="sl-SI"/>
        </w:rPr>
        <w:t xml:space="preserve"> je odprt posebej za namen </w:t>
      </w:r>
      <w:r w:rsidR="004D4056" w:rsidRPr="00075743">
        <w:rPr>
          <w:rFonts w:ascii="Arial" w:hAnsi="Arial" w:cs="Arial"/>
          <w:lang w:val="sl-SI"/>
        </w:rPr>
        <w:t xml:space="preserve">pomoči pri </w:t>
      </w:r>
      <w:r w:rsidRPr="00075743">
        <w:rPr>
          <w:rFonts w:ascii="Arial" w:hAnsi="Arial" w:cs="Arial"/>
          <w:lang w:val="sl-SI"/>
        </w:rPr>
        <w:t>odprav</w:t>
      </w:r>
      <w:r w:rsidR="004D4056" w:rsidRPr="00075743">
        <w:rPr>
          <w:rFonts w:ascii="Arial" w:hAnsi="Arial" w:cs="Arial"/>
          <w:lang w:val="sl-SI"/>
        </w:rPr>
        <w:t>i</w:t>
      </w:r>
      <w:r w:rsidRPr="00075743">
        <w:rPr>
          <w:rFonts w:ascii="Arial" w:hAnsi="Arial" w:cs="Arial"/>
          <w:lang w:val="sl-SI"/>
        </w:rPr>
        <w:t xml:space="preserve"> posledic</w:t>
      </w:r>
      <w:r w:rsidR="004D4056" w:rsidRPr="00075743">
        <w:rPr>
          <w:rFonts w:ascii="Arial" w:hAnsi="Arial" w:cs="Arial"/>
          <w:lang w:val="sl-SI"/>
        </w:rPr>
        <w:t xml:space="preserve"> katastrofalne </w:t>
      </w:r>
      <w:r w:rsidRPr="00075743">
        <w:rPr>
          <w:rFonts w:ascii="Arial" w:hAnsi="Arial" w:cs="Arial"/>
          <w:lang w:val="sl-SI"/>
        </w:rPr>
        <w:t xml:space="preserve"> nesreče</w:t>
      </w:r>
      <w:r w:rsidR="004D4056" w:rsidRPr="00075743">
        <w:rPr>
          <w:rFonts w:ascii="Arial" w:hAnsi="Arial" w:cs="Arial"/>
          <w:lang w:val="sl-SI"/>
        </w:rPr>
        <w:t xml:space="preserve"> na kmetiji </w:t>
      </w:r>
    </w:p>
    <w:p w14:paraId="4D0B126A" w14:textId="34CA13D8" w:rsidR="001543BD" w:rsidRPr="00075743" w:rsidRDefault="004D4056" w:rsidP="004D4056">
      <w:pPr>
        <w:spacing w:before="100" w:after="100" w:line="240" w:lineRule="auto"/>
        <w:rPr>
          <w:rFonts w:ascii="Arial" w:eastAsia="Times New Roman" w:hAnsi="Arial" w:cs="Arial"/>
          <w:b/>
          <w:bCs/>
          <w:lang w:val="sl-SI" w:eastAsia="sl-SI"/>
        </w:rPr>
      </w:pPr>
      <w:r w:rsidRPr="00075743">
        <w:rPr>
          <w:rFonts w:ascii="Arial" w:hAnsi="Arial" w:cs="Arial"/>
          <w:lang w:val="sl-SI"/>
        </w:rPr>
        <w:t xml:space="preserve">družine </w:t>
      </w:r>
      <w:r w:rsidR="00CD1D69">
        <w:rPr>
          <w:rFonts w:ascii="Arial" w:hAnsi="Arial" w:cs="Arial"/>
          <w:lang w:val="sl-SI"/>
        </w:rPr>
        <w:t xml:space="preserve">SLAPNIK,  </w:t>
      </w:r>
      <w:proofErr w:type="spellStart"/>
      <w:r w:rsidRPr="00075743">
        <w:rPr>
          <w:rFonts w:ascii="Arial" w:hAnsi="Arial" w:cs="Arial"/>
          <w:lang w:val="sl-SI"/>
        </w:rPr>
        <w:t>p.d.</w:t>
      </w:r>
      <w:r w:rsidR="00CD1D69">
        <w:rPr>
          <w:rFonts w:ascii="Arial" w:hAnsi="Arial" w:cs="Arial"/>
          <w:lang w:val="sl-SI"/>
        </w:rPr>
        <w:t>PLODER</w:t>
      </w:r>
      <w:proofErr w:type="spellEnd"/>
      <w:r w:rsidR="00CD1D69">
        <w:rPr>
          <w:rFonts w:ascii="Arial" w:hAnsi="Arial" w:cs="Arial"/>
          <w:lang w:val="sl-SI"/>
        </w:rPr>
        <w:t xml:space="preserve"> (na PLODROVEM)</w:t>
      </w:r>
      <w:r w:rsidRPr="00075743">
        <w:rPr>
          <w:rFonts w:ascii="Arial" w:hAnsi="Arial" w:cs="Arial"/>
          <w:lang w:val="sl-SI"/>
        </w:rPr>
        <w:t>, P</w:t>
      </w:r>
      <w:r w:rsidR="00100F51">
        <w:rPr>
          <w:rFonts w:ascii="Arial" w:hAnsi="Arial" w:cs="Arial"/>
          <w:lang w:val="sl-SI"/>
        </w:rPr>
        <w:t>o</w:t>
      </w:r>
      <w:r w:rsidRPr="00075743">
        <w:rPr>
          <w:rFonts w:ascii="Arial" w:hAnsi="Arial" w:cs="Arial"/>
          <w:lang w:val="sl-SI"/>
        </w:rPr>
        <w:t>dolševa 1, 3335 Solčava</w:t>
      </w:r>
      <w:r w:rsidR="004A62F9" w:rsidRPr="00075743">
        <w:rPr>
          <w:rFonts w:ascii="Arial" w:hAnsi="Arial" w:cs="Arial"/>
          <w:lang w:val="sl-SI"/>
        </w:rPr>
        <w:t>:</w:t>
      </w:r>
      <w:r w:rsidR="004A62F9" w:rsidRPr="00075743">
        <w:rPr>
          <w:rFonts w:ascii="Arial" w:hAnsi="Arial" w:cs="Arial"/>
          <w:lang w:val="sl-SI"/>
        </w:rPr>
        <w:br/>
      </w:r>
    </w:p>
    <w:p w14:paraId="3F62D344" w14:textId="72749E0B" w:rsidR="004D4056" w:rsidRDefault="001543BD" w:rsidP="00100F51">
      <w:pPr>
        <w:spacing w:before="100" w:after="100" w:line="240" w:lineRule="auto"/>
        <w:rPr>
          <w:rFonts w:ascii="Arial" w:eastAsia="Times New Roman" w:hAnsi="Arial" w:cs="Arial"/>
          <w:lang w:val="sl-SI" w:eastAsia="sl-SI"/>
        </w:rPr>
      </w:pPr>
      <w:r w:rsidRPr="00075743">
        <w:rPr>
          <w:rFonts w:ascii="Arial" w:eastAsia="Times New Roman" w:hAnsi="Arial" w:cs="Arial"/>
          <w:b/>
          <w:bCs/>
          <w:lang w:val="sl-SI" w:eastAsia="sl-SI"/>
        </w:rPr>
        <w:t>Prejemnik:</w:t>
      </w:r>
      <w:r w:rsidRPr="00075743">
        <w:rPr>
          <w:rFonts w:ascii="Arial" w:eastAsia="Times New Roman" w:hAnsi="Arial" w:cs="Arial"/>
          <w:lang w:val="sl-SI" w:eastAsia="sl-SI"/>
        </w:rPr>
        <w:t xml:space="preserve"> Občina Solčava</w:t>
      </w:r>
      <w:r w:rsidRPr="00075743">
        <w:rPr>
          <w:rFonts w:ascii="Arial" w:eastAsia="Times New Roman" w:hAnsi="Arial" w:cs="Arial"/>
          <w:lang w:val="sl-SI" w:eastAsia="sl-SI"/>
        </w:rPr>
        <w:br/>
      </w:r>
      <w:r w:rsidRPr="00075743">
        <w:rPr>
          <w:rFonts w:ascii="Arial" w:eastAsia="Times New Roman" w:hAnsi="Arial" w:cs="Arial"/>
          <w:b/>
          <w:bCs/>
          <w:lang w:val="sl-SI" w:eastAsia="sl-SI"/>
        </w:rPr>
        <w:t>TRR (podračun):</w:t>
      </w:r>
      <w:r w:rsidRPr="00075743">
        <w:rPr>
          <w:rFonts w:ascii="Arial" w:eastAsia="Times New Roman" w:hAnsi="Arial" w:cs="Arial"/>
          <w:lang w:val="sl-SI" w:eastAsia="sl-SI"/>
        </w:rPr>
        <w:t xml:space="preserve"> SI56 0110 0600 8362 393</w:t>
      </w:r>
      <w:r w:rsidRPr="00075743">
        <w:rPr>
          <w:rFonts w:ascii="Arial" w:eastAsia="Times New Roman" w:hAnsi="Arial" w:cs="Arial"/>
          <w:lang w:val="sl-SI" w:eastAsia="sl-SI"/>
        </w:rPr>
        <w:br/>
      </w:r>
      <w:r w:rsidRPr="00075743">
        <w:rPr>
          <w:rFonts w:ascii="Arial" w:eastAsia="Times New Roman" w:hAnsi="Arial" w:cs="Arial"/>
          <w:b/>
          <w:bCs/>
          <w:lang w:val="sl-SI" w:eastAsia="sl-SI"/>
        </w:rPr>
        <w:t>Koda namena:</w:t>
      </w:r>
      <w:r w:rsidRPr="00075743">
        <w:rPr>
          <w:rFonts w:ascii="Arial" w:eastAsia="Times New Roman" w:hAnsi="Arial" w:cs="Arial"/>
          <w:lang w:val="sl-SI" w:eastAsia="sl-SI"/>
        </w:rPr>
        <w:t xml:space="preserve"> </w:t>
      </w:r>
      <w:r w:rsidR="004D4056" w:rsidRPr="00075743">
        <w:rPr>
          <w:rFonts w:ascii="Arial" w:eastAsia="Times New Roman" w:hAnsi="Arial" w:cs="Arial"/>
          <w:lang w:val="sl-SI" w:eastAsia="sl-SI"/>
        </w:rPr>
        <w:t>CHAR</w:t>
      </w:r>
      <w:r w:rsidRPr="00075743">
        <w:rPr>
          <w:rFonts w:ascii="Arial" w:eastAsia="Times New Roman" w:hAnsi="Arial" w:cs="Arial"/>
          <w:lang w:val="sl-SI" w:eastAsia="sl-SI"/>
        </w:rPr>
        <w:br/>
      </w:r>
      <w:r w:rsidRPr="00075743">
        <w:rPr>
          <w:rFonts w:ascii="Arial" w:eastAsia="Times New Roman" w:hAnsi="Arial" w:cs="Arial"/>
          <w:b/>
          <w:bCs/>
          <w:lang w:val="sl-SI" w:eastAsia="sl-SI"/>
        </w:rPr>
        <w:t>Referenca:</w:t>
      </w:r>
      <w:r w:rsidRPr="00075743">
        <w:rPr>
          <w:rFonts w:ascii="Arial" w:eastAsia="Times New Roman" w:hAnsi="Arial" w:cs="Arial"/>
          <w:lang w:val="sl-SI" w:eastAsia="sl-SI"/>
        </w:rPr>
        <w:t xml:space="preserve"> SI99</w:t>
      </w:r>
      <w:r w:rsidRPr="00075743">
        <w:rPr>
          <w:rFonts w:ascii="Arial" w:eastAsia="Times New Roman" w:hAnsi="Arial" w:cs="Arial"/>
          <w:lang w:val="sl-SI" w:eastAsia="sl-SI"/>
        </w:rPr>
        <w:br/>
      </w:r>
      <w:r w:rsidRPr="00075743">
        <w:rPr>
          <w:rFonts w:ascii="Arial" w:eastAsia="Times New Roman" w:hAnsi="Arial" w:cs="Arial"/>
          <w:b/>
          <w:bCs/>
          <w:lang w:val="sl-SI" w:eastAsia="sl-SI"/>
        </w:rPr>
        <w:t>Namen nakazila:</w:t>
      </w:r>
      <w:r w:rsidRPr="00075743">
        <w:rPr>
          <w:rFonts w:ascii="Arial" w:eastAsia="Times New Roman" w:hAnsi="Arial" w:cs="Arial"/>
          <w:lang w:val="sl-SI" w:eastAsia="sl-SI"/>
        </w:rPr>
        <w:t xml:space="preserve"> </w:t>
      </w:r>
      <w:r w:rsidR="00CD1D69">
        <w:rPr>
          <w:rFonts w:ascii="Arial" w:eastAsia="Times New Roman" w:hAnsi="Arial" w:cs="Arial"/>
          <w:lang w:val="sl-SI" w:eastAsia="sl-SI"/>
        </w:rPr>
        <w:t xml:space="preserve">PLODER - </w:t>
      </w:r>
      <w:r w:rsidRPr="00075743">
        <w:rPr>
          <w:rFonts w:ascii="Arial" w:eastAsia="Times New Roman" w:hAnsi="Arial" w:cs="Arial"/>
          <w:lang w:val="sl-SI" w:eastAsia="sl-SI"/>
        </w:rPr>
        <w:t>POMOČ POŽAR</w:t>
      </w:r>
    </w:p>
    <w:p w14:paraId="0380114E" w14:textId="77777777" w:rsidR="00100F51" w:rsidRPr="00100F51" w:rsidRDefault="00100F51" w:rsidP="00100F51">
      <w:pPr>
        <w:spacing w:before="100" w:after="100" w:line="240" w:lineRule="auto"/>
        <w:rPr>
          <w:rFonts w:ascii="Arial" w:eastAsia="Times New Roman" w:hAnsi="Arial" w:cs="Arial"/>
          <w:lang w:val="sl-SI" w:eastAsia="sl-SI"/>
        </w:rPr>
      </w:pPr>
    </w:p>
    <w:p w14:paraId="079234DC" w14:textId="53D95D61" w:rsidR="00075743" w:rsidRPr="00075743" w:rsidRDefault="00D15D0A" w:rsidP="00100F51">
      <w:pPr>
        <w:pStyle w:val="Slog"/>
        <w:spacing w:line="276" w:lineRule="auto"/>
        <w:ind w:right="4"/>
        <w:rPr>
          <w:rFonts w:ascii="Arial" w:hAnsi="Arial" w:cs="Arial"/>
          <w:sz w:val="22"/>
          <w:szCs w:val="22"/>
        </w:rPr>
      </w:pPr>
      <w:r w:rsidRPr="00075743">
        <w:rPr>
          <w:rFonts w:ascii="Arial" w:hAnsi="Arial" w:cs="Arial"/>
          <w:sz w:val="22"/>
          <w:szCs w:val="22"/>
        </w:rPr>
        <w:t>3. člen</w:t>
      </w:r>
      <w:r w:rsidRPr="00075743">
        <w:rPr>
          <w:rFonts w:ascii="Arial" w:hAnsi="Arial" w:cs="Arial"/>
          <w:sz w:val="22"/>
          <w:szCs w:val="22"/>
        </w:rPr>
        <w:br/>
        <w:t>Občina Solčava se zavezuje, da bo dobljeno donacijo uporabila izključno za namen</w:t>
      </w:r>
      <w:r w:rsidR="004D4056" w:rsidRPr="00075743">
        <w:rPr>
          <w:rFonts w:ascii="Arial" w:hAnsi="Arial" w:cs="Arial"/>
          <w:sz w:val="22"/>
          <w:szCs w:val="22"/>
        </w:rPr>
        <w:t xml:space="preserve">  odprave posledic  katastrofalne nesreče – POŽAR NA </w:t>
      </w:r>
      <w:r w:rsidR="00CD1D69">
        <w:rPr>
          <w:rFonts w:ascii="Arial" w:hAnsi="Arial" w:cs="Arial"/>
          <w:sz w:val="22"/>
          <w:szCs w:val="22"/>
        </w:rPr>
        <w:t>PLODROVEM</w:t>
      </w:r>
      <w:r w:rsidRPr="00075743">
        <w:rPr>
          <w:rFonts w:ascii="Arial" w:hAnsi="Arial" w:cs="Arial"/>
          <w:sz w:val="22"/>
          <w:szCs w:val="22"/>
        </w:rPr>
        <w:br/>
      </w:r>
      <w:r w:rsidRPr="00075743">
        <w:rPr>
          <w:rFonts w:ascii="Arial" w:hAnsi="Arial" w:cs="Arial"/>
          <w:sz w:val="22"/>
          <w:szCs w:val="22"/>
        </w:rPr>
        <w:br/>
      </w:r>
      <w:r w:rsidR="00075743" w:rsidRPr="00075743">
        <w:rPr>
          <w:rFonts w:ascii="Arial" w:hAnsi="Arial" w:cs="Arial"/>
          <w:sz w:val="22"/>
          <w:szCs w:val="22"/>
        </w:rPr>
        <w:t xml:space="preserve">4. člen </w:t>
      </w:r>
    </w:p>
    <w:p w14:paraId="4A52E95F" w14:textId="144F2D72" w:rsidR="00100F51" w:rsidRPr="00100F51" w:rsidRDefault="00100F51" w:rsidP="00100F51">
      <w:pPr>
        <w:pStyle w:val="Slog"/>
        <w:spacing w:line="276" w:lineRule="auto"/>
        <w:ind w:right="4"/>
        <w:jc w:val="both"/>
        <w:rPr>
          <w:rFonts w:ascii="Arial" w:hAnsi="Arial" w:cs="Arial"/>
          <w:sz w:val="22"/>
          <w:szCs w:val="22"/>
        </w:rPr>
      </w:pPr>
      <w:r w:rsidRPr="00075743">
        <w:rPr>
          <w:rFonts w:ascii="Arial" w:hAnsi="Arial" w:cs="Arial"/>
          <w:sz w:val="22"/>
          <w:szCs w:val="22"/>
        </w:rPr>
        <w:t>donator</w:t>
      </w:r>
      <w:r w:rsidR="00075743" w:rsidRPr="00075743">
        <w:rPr>
          <w:rFonts w:ascii="Arial" w:hAnsi="Arial" w:cs="Arial"/>
          <w:sz w:val="22"/>
          <w:szCs w:val="22"/>
        </w:rPr>
        <w:t xml:space="preserve"> ima pravico preveriti namensko rabo </w:t>
      </w:r>
      <w:proofErr w:type="spellStart"/>
      <w:r w:rsidR="00075743" w:rsidRPr="00075743">
        <w:rPr>
          <w:rFonts w:ascii="Arial" w:hAnsi="Arial" w:cs="Arial"/>
          <w:sz w:val="22"/>
          <w:szCs w:val="22"/>
        </w:rPr>
        <w:t>doniranih</w:t>
      </w:r>
      <w:proofErr w:type="spellEnd"/>
      <w:r w:rsidR="00075743" w:rsidRPr="00075743">
        <w:rPr>
          <w:rFonts w:ascii="Arial" w:hAnsi="Arial" w:cs="Arial"/>
          <w:sz w:val="22"/>
          <w:szCs w:val="22"/>
        </w:rPr>
        <w:t xml:space="preserve"> sredstev in zahtevati potrdilo o porabi sredstev. </w:t>
      </w:r>
      <w:r w:rsidRPr="00075743">
        <w:rPr>
          <w:rFonts w:ascii="Arial" w:hAnsi="Arial" w:cs="Arial"/>
          <w:sz w:val="22"/>
          <w:szCs w:val="22"/>
        </w:rPr>
        <w:t xml:space="preserve">V primeru kršitve obveznosti iz prvega odstavka tega člena je prejemnik donacije, na zahtevo donatorja, dolžan donatorju </w:t>
      </w:r>
      <w:r w:rsidR="00075743" w:rsidRPr="00075743">
        <w:rPr>
          <w:rFonts w:ascii="Arial" w:hAnsi="Arial" w:cs="Arial"/>
          <w:sz w:val="22"/>
          <w:szCs w:val="22"/>
        </w:rPr>
        <w:t xml:space="preserve">v celoti </w:t>
      </w:r>
      <w:r w:rsidRPr="00075743">
        <w:rPr>
          <w:rFonts w:ascii="Arial" w:hAnsi="Arial" w:cs="Arial"/>
          <w:sz w:val="22"/>
          <w:szCs w:val="22"/>
        </w:rPr>
        <w:t xml:space="preserve">vrniti </w:t>
      </w:r>
      <w:proofErr w:type="spellStart"/>
      <w:r w:rsidRPr="00075743">
        <w:rPr>
          <w:rFonts w:ascii="Arial" w:hAnsi="Arial" w:cs="Arial"/>
          <w:sz w:val="22"/>
          <w:szCs w:val="22"/>
        </w:rPr>
        <w:t>donirana</w:t>
      </w:r>
      <w:proofErr w:type="spellEnd"/>
      <w:r w:rsidRPr="00075743">
        <w:rPr>
          <w:rFonts w:ascii="Arial" w:hAnsi="Arial" w:cs="Arial"/>
          <w:sz w:val="22"/>
          <w:szCs w:val="22"/>
        </w:rPr>
        <w:t xml:space="preserve"> sredstva.</w:t>
      </w:r>
      <w:r w:rsidRPr="00075743">
        <w:rPr>
          <w:rFonts w:ascii="Arial" w:hAnsi="Arial" w:cs="Arial"/>
          <w:sz w:val="22"/>
          <w:szCs w:val="22"/>
        </w:rPr>
        <w:br/>
      </w:r>
      <w:r w:rsidRPr="00075743">
        <w:rPr>
          <w:rFonts w:ascii="Arial" w:hAnsi="Arial" w:cs="Arial"/>
          <w:sz w:val="22"/>
          <w:szCs w:val="22"/>
        </w:rPr>
        <w:br/>
      </w:r>
      <w:r w:rsidRPr="00100F51">
        <w:rPr>
          <w:rFonts w:ascii="Arial" w:hAnsi="Arial" w:cs="Arial"/>
          <w:b/>
          <w:bCs/>
        </w:rPr>
        <w:t>KONČNE DOLOČBE</w:t>
      </w:r>
    </w:p>
    <w:p w14:paraId="5A3C37B0" w14:textId="77777777" w:rsidR="00100F51" w:rsidRDefault="00100F51" w:rsidP="00075743">
      <w:pPr>
        <w:rPr>
          <w:rFonts w:ascii="Arial" w:hAnsi="Arial" w:cs="Arial"/>
          <w:lang w:val="sl-SI"/>
        </w:rPr>
      </w:pPr>
    </w:p>
    <w:p w14:paraId="5ADEFBAC" w14:textId="3C8F22F0" w:rsidR="00100F51" w:rsidRDefault="00100F51" w:rsidP="00075743">
      <w:pPr>
        <w:rPr>
          <w:rFonts w:ascii="Arial" w:hAnsi="Arial" w:cs="Arial"/>
          <w:lang w:val="sl-SI"/>
        </w:rPr>
      </w:pPr>
      <w:r>
        <w:rPr>
          <w:rFonts w:ascii="Arial" w:hAnsi="Arial" w:cs="Arial"/>
          <w:lang w:val="sl-SI"/>
        </w:rPr>
        <w:t>5</w:t>
      </w:r>
      <w:r w:rsidRPr="00075743">
        <w:rPr>
          <w:rFonts w:ascii="Arial" w:hAnsi="Arial" w:cs="Arial"/>
          <w:lang w:val="sl-SI"/>
        </w:rPr>
        <w:t>. člen</w:t>
      </w:r>
      <w:r w:rsidRPr="00075743">
        <w:rPr>
          <w:rFonts w:ascii="Arial" w:hAnsi="Arial" w:cs="Arial"/>
          <w:lang w:val="sl-SI"/>
        </w:rPr>
        <w:br/>
        <w:t xml:space="preserve">Morebitne spore bosta pogodbeni stranki reševali sporazumno, če pa to ne bo mogoče, </w:t>
      </w:r>
      <w:r>
        <w:rPr>
          <w:rFonts w:ascii="Arial" w:hAnsi="Arial" w:cs="Arial"/>
          <w:lang w:val="sl-SI"/>
        </w:rPr>
        <w:t xml:space="preserve">spore rešuje </w:t>
      </w:r>
      <w:r w:rsidRPr="00075743">
        <w:rPr>
          <w:rFonts w:ascii="Arial" w:hAnsi="Arial" w:cs="Arial"/>
          <w:lang w:val="sl-SI"/>
        </w:rPr>
        <w:t>pristojno sodišče</w:t>
      </w:r>
      <w:r w:rsidR="004D4056" w:rsidRPr="00075743">
        <w:rPr>
          <w:rFonts w:ascii="Arial" w:hAnsi="Arial" w:cs="Arial"/>
          <w:lang w:val="sl-SI"/>
        </w:rPr>
        <w:t>.</w:t>
      </w:r>
      <w:r w:rsidRPr="00075743">
        <w:rPr>
          <w:rFonts w:ascii="Arial" w:hAnsi="Arial" w:cs="Arial"/>
          <w:lang w:val="sl-SI"/>
        </w:rPr>
        <w:t xml:space="preserve"> </w:t>
      </w:r>
      <w:r w:rsidRPr="00075743">
        <w:rPr>
          <w:rFonts w:ascii="Arial" w:hAnsi="Arial" w:cs="Arial"/>
          <w:lang w:val="sl-SI"/>
        </w:rPr>
        <w:br/>
      </w:r>
      <w:r w:rsidRPr="00075743">
        <w:rPr>
          <w:rFonts w:ascii="Arial" w:hAnsi="Arial" w:cs="Arial"/>
          <w:lang w:val="sl-SI"/>
        </w:rPr>
        <w:br/>
      </w:r>
      <w:r>
        <w:rPr>
          <w:rFonts w:ascii="Arial" w:hAnsi="Arial" w:cs="Arial"/>
          <w:lang w:val="sl-SI"/>
        </w:rPr>
        <w:t>6</w:t>
      </w:r>
      <w:r w:rsidRPr="00075743">
        <w:rPr>
          <w:rFonts w:ascii="Arial" w:hAnsi="Arial" w:cs="Arial"/>
          <w:lang w:val="sl-SI"/>
        </w:rPr>
        <w:t>. člen</w:t>
      </w:r>
      <w:r w:rsidRPr="00075743">
        <w:rPr>
          <w:rFonts w:ascii="Arial" w:hAnsi="Arial" w:cs="Arial"/>
          <w:lang w:val="sl-SI"/>
        </w:rPr>
        <w:br/>
        <w:t>Pogodba prične veljati, ko jo podpišeta obe stranki.</w:t>
      </w:r>
      <w:r w:rsidRPr="00075743">
        <w:rPr>
          <w:rFonts w:ascii="Arial" w:hAnsi="Arial" w:cs="Arial"/>
          <w:lang w:val="sl-SI"/>
        </w:rPr>
        <w:br/>
      </w:r>
    </w:p>
    <w:p w14:paraId="7F5C91C5" w14:textId="54E034C5" w:rsidR="00100F51" w:rsidRDefault="00100F51" w:rsidP="00075743">
      <w:pPr>
        <w:rPr>
          <w:rFonts w:ascii="Arial" w:hAnsi="Arial" w:cs="Arial"/>
          <w:lang w:val="sl-SI"/>
        </w:rPr>
      </w:pPr>
      <w:r>
        <w:rPr>
          <w:rFonts w:ascii="Arial" w:hAnsi="Arial" w:cs="Arial"/>
          <w:lang w:val="sl-SI"/>
        </w:rPr>
        <w:t>7.člen</w:t>
      </w:r>
      <w:r>
        <w:rPr>
          <w:rFonts w:ascii="Arial" w:hAnsi="Arial" w:cs="Arial"/>
          <w:lang w:val="sl-SI"/>
        </w:rPr>
        <w:br/>
      </w:r>
      <w:r w:rsidRPr="00075743">
        <w:rPr>
          <w:rFonts w:ascii="Arial" w:hAnsi="Arial" w:cs="Arial"/>
          <w:lang w:val="sl-SI"/>
        </w:rPr>
        <w:t xml:space="preserve">Pogodba je sklenjena v dveh enakih izvodih. Vsaka pogodbena stranka prejme en izvod. </w:t>
      </w:r>
      <w:r w:rsidRPr="00075743">
        <w:rPr>
          <w:rFonts w:ascii="Arial" w:hAnsi="Arial" w:cs="Arial"/>
          <w:lang w:val="sl-SI"/>
        </w:rPr>
        <w:br/>
      </w:r>
    </w:p>
    <w:p w14:paraId="7E4AF20E" w14:textId="5F02895D" w:rsidR="00075743" w:rsidRPr="00075743" w:rsidRDefault="00075743" w:rsidP="00075743">
      <w:pPr>
        <w:rPr>
          <w:rFonts w:ascii="Arial" w:hAnsi="Arial" w:cs="Arial"/>
          <w:lang w:val="sl-SI"/>
        </w:rPr>
      </w:pPr>
      <w:r w:rsidRPr="00075743">
        <w:rPr>
          <w:rFonts w:ascii="Arial" w:hAnsi="Arial" w:cs="Arial"/>
          <w:lang w:val="sl-SI"/>
        </w:rPr>
        <w:t xml:space="preserve">Številka: </w:t>
      </w:r>
      <w:r w:rsidRPr="00075743">
        <w:rPr>
          <w:rFonts w:ascii="Arial" w:hAnsi="Arial" w:cs="Arial"/>
          <w:lang w:val="sl-SI"/>
        </w:rPr>
        <w:tab/>
      </w:r>
      <w:r w:rsidRPr="00075743">
        <w:rPr>
          <w:rFonts w:ascii="Arial" w:hAnsi="Arial" w:cs="Arial"/>
          <w:lang w:val="sl-SI"/>
        </w:rPr>
        <w:tab/>
      </w:r>
      <w:r w:rsidRPr="00075743">
        <w:rPr>
          <w:rFonts w:ascii="Arial" w:hAnsi="Arial" w:cs="Arial"/>
          <w:lang w:val="sl-SI"/>
        </w:rPr>
        <w:tab/>
      </w:r>
      <w:r w:rsidRPr="00075743">
        <w:rPr>
          <w:rFonts w:ascii="Arial" w:hAnsi="Arial" w:cs="Arial"/>
          <w:lang w:val="sl-SI"/>
        </w:rPr>
        <w:tab/>
      </w:r>
      <w:r w:rsidRPr="00075743">
        <w:rPr>
          <w:rFonts w:ascii="Arial" w:hAnsi="Arial" w:cs="Arial"/>
          <w:lang w:val="sl-SI"/>
        </w:rPr>
        <w:tab/>
      </w:r>
      <w:r w:rsidRPr="00075743">
        <w:rPr>
          <w:rFonts w:ascii="Arial" w:hAnsi="Arial" w:cs="Arial"/>
          <w:lang w:val="sl-SI"/>
        </w:rPr>
        <w:tab/>
        <w:t xml:space="preserve">Številka: </w:t>
      </w:r>
      <w:r w:rsidRPr="00075743">
        <w:rPr>
          <w:rFonts w:ascii="Arial" w:hAnsi="Arial" w:cs="Arial"/>
          <w:lang w:val="sl-SI"/>
        </w:rPr>
        <w:br/>
        <w:t xml:space="preserve">Datum: </w:t>
      </w:r>
      <w:r w:rsidRPr="00075743">
        <w:rPr>
          <w:rFonts w:ascii="Arial" w:hAnsi="Arial" w:cs="Arial"/>
          <w:lang w:val="sl-SI"/>
        </w:rPr>
        <w:tab/>
      </w:r>
      <w:r w:rsidRPr="00075743">
        <w:rPr>
          <w:rFonts w:ascii="Arial" w:hAnsi="Arial" w:cs="Arial"/>
          <w:lang w:val="sl-SI"/>
        </w:rPr>
        <w:tab/>
      </w:r>
      <w:r w:rsidRPr="00075743">
        <w:rPr>
          <w:rFonts w:ascii="Arial" w:hAnsi="Arial" w:cs="Arial"/>
          <w:lang w:val="sl-SI"/>
        </w:rPr>
        <w:tab/>
      </w:r>
      <w:r w:rsidRPr="00075743">
        <w:rPr>
          <w:rFonts w:ascii="Arial" w:hAnsi="Arial" w:cs="Arial"/>
          <w:lang w:val="sl-SI"/>
        </w:rPr>
        <w:tab/>
      </w:r>
      <w:r w:rsidRPr="00075743">
        <w:rPr>
          <w:rFonts w:ascii="Arial" w:hAnsi="Arial" w:cs="Arial"/>
          <w:lang w:val="sl-SI"/>
        </w:rPr>
        <w:tab/>
      </w:r>
      <w:r w:rsidRPr="00075743">
        <w:rPr>
          <w:rFonts w:ascii="Arial" w:hAnsi="Arial" w:cs="Arial"/>
          <w:lang w:val="sl-SI"/>
        </w:rPr>
        <w:tab/>
        <w:t>Datum:</w:t>
      </w:r>
    </w:p>
    <w:p w14:paraId="3AF82A54" w14:textId="38553DF0" w:rsidR="00075743" w:rsidRPr="00075743" w:rsidRDefault="00075743" w:rsidP="00CD1D69">
      <w:pPr>
        <w:ind w:left="4320" w:hanging="4320"/>
        <w:rPr>
          <w:rFonts w:ascii="Arial" w:hAnsi="Arial" w:cs="Arial"/>
          <w:lang w:val="sl-SI"/>
        </w:rPr>
      </w:pPr>
      <w:r w:rsidRPr="00075743">
        <w:rPr>
          <w:rFonts w:ascii="Arial" w:hAnsi="Arial" w:cs="Arial"/>
          <w:lang w:val="sl-SI"/>
        </w:rPr>
        <w:t xml:space="preserve">DONATOR: </w:t>
      </w:r>
      <w:r w:rsidRPr="00075743">
        <w:rPr>
          <w:rFonts w:ascii="Arial" w:hAnsi="Arial" w:cs="Arial"/>
          <w:lang w:val="sl-SI"/>
        </w:rPr>
        <w:tab/>
      </w:r>
      <w:r w:rsidRPr="00075743">
        <w:rPr>
          <w:rFonts w:ascii="Arial" w:hAnsi="Arial" w:cs="Arial"/>
          <w:lang w:val="sl-SI"/>
        </w:rPr>
        <w:tab/>
        <w:t>PREJEMNIK DONACIJE:</w:t>
      </w:r>
      <w:r w:rsidRPr="00075743">
        <w:rPr>
          <w:rFonts w:ascii="Arial" w:hAnsi="Arial" w:cs="Arial"/>
          <w:lang w:val="sl-SI"/>
        </w:rPr>
        <w:br/>
        <w:t xml:space="preserve">            Občina Solčava</w:t>
      </w:r>
      <w:r w:rsidRPr="00075743">
        <w:rPr>
          <w:rFonts w:ascii="Arial" w:hAnsi="Arial" w:cs="Arial"/>
          <w:lang w:val="sl-SI"/>
        </w:rPr>
        <w:br/>
        <w:t xml:space="preserve">            Katarina Prelesnik, županja</w:t>
      </w:r>
      <w:r w:rsidRPr="00075743">
        <w:rPr>
          <w:rFonts w:ascii="Arial" w:hAnsi="Arial" w:cs="Arial"/>
          <w:lang w:val="sl-SI"/>
        </w:rPr>
        <w:br/>
      </w:r>
    </w:p>
    <w:sectPr w:rsidR="00075743" w:rsidRPr="00075743" w:rsidSect="00034616">
      <w:headerReference w:type="default" r:id="rId8"/>
      <w:foot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FD439E4" w14:textId="77777777" w:rsidR="00644BC6" w:rsidRDefault="00644BC6" w:rsidP="00100F51">
      <w:pPr>
        <w:spacing w:after="0" w:line="240" w:lineRule="auto"/>
      </w:pPr>
      <w:r>
        <w:separator/>
      </w:r>
    </w:p>
  </w:endnote>
  <w:endnote w:type="continuationSeparator" w:id="0">
    <w:p w14:paraId="57FBD898" w14:textId="77777777" w:rsidR="00644BC6" w:rsidRDefault="00644BC6" w:rsidP="00100F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042875180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5E45D7BE" w14:textId="75D9E92C" w:rsidR="00100F51" w:rsidRDefault="00100F51" w:rsidP="00FE678E">
            <w:pPr>
              <w:pStyle w:val="Noga"/>
              <w:jc w:val="right"/>
            </w:pPr>
            <w:r w:rsidRPr="00100F51">
              <w:rPr>
                <w:rFonts w:ascii="Arial" w:hAnsi="Arial" w:cs="Arial"/>
                <w:i/>
                <w:iCs/>
                <w:sz w:val="18"/>
                <w:szCs w:val="18"/>
                <w:lang w:val="sl-SI"/>
              </w:rPr>
              <w:t xml:space="preserve">Stran </w:t>
            </w:r>
            <w:r w:rsidRPr="00100F51">
              <w:rPr>
                <w:rFonts w:ascii="Arial" w:hAnsi="Arial" w:cs="Arial"/>
                <w:i/>
                <w:iCs/>
                <w:sz w:val="18"/>
                <w:szCs w:val="18"/>
              </w:rPr>
              <w:fldChar w:fldCharType="begin"/>
            </w:r>
            <w:r w:rsidRPr="00100F51">
              <w:rPr>
                <w:rFonts w:ascii="Arial" w:hAnsi="Arial" w:cs="Arial"/>
                <w:i/>
                <w:iCs/>
                <w:sz w:val="18"/>
                <w:szCs w:val="18"/>
              </w:rPr>
              <w:instrText>PAGE</w:instrText>
            </w:r>
            <w:r w:rsidRPr="00100F51">
              <w:rPr>
                <w:rFonts w:ascii="Arial" w:hAnsi="Arial" w:cs="Arial"/>
                <w:i/>
                <w:iCs/>
                <w:sz w:val="18"/>
                <w:szCs w:val="18"/>
              </w:rPr>
              <w:fldChar w:fldCharType="separate"/>
            </w:r>
            <w:r w:rsidRPr="00100F51">
              <w:rPr>
                <w:rFonts w:ascii="Arial" w:hAnsi="Arial" w:cs="Arial"/>
                <w:i/>
                <w:iCs/>
                <w:sz w:val="18"/>
                <w:szCs w:val="18"/>
                <w:lang w:val="sl-SI"/>
              </w:rPr>
              <w:t>2</w:t>
            </w:r>
            <w:r w:rsidRPr="00100F51">
              <w:rPr>
                <w:rFonts w:ascii="Arial" w:hAnsi="Arial" w:cs="Arial"/>
                <w:i/>
                <w:iCs/>
                <w:sz w:val="18"/>
                <w:szCs w:val="18"/>
              </w:rPr>
              <w:fldChar w:fldCharType="end"/>
            </w:r>
            <w:r w:rsidRPr="00100F51">
              <w:rPr>
                <w:rFonts w:ascii="Arial" w:hAnsi="Arial" w:cs="Arial"/>
                <w:i/>
                <w:iCs/>
                <w:sz w:val="18"/>
                <w:szCs w:val="18"/>
                <w:lang w:val="sl-SI"/>
              </w:rPr>
              <w:t xml:space="preserve"> od </w:t>
            </w:r>
            <w:r w:rsidRPr="00100F51">
              <w:rPr>
                <w:rFonts w:ascii="Arial" w:hAnsi="Arial" w:cs="Arial"/>
                <w:i/>
                <w:iCs/>
                <w:sz w:val="18"/>
                <w:szCs w:val="18"/>
              </w:rPr>
              <w:fldChar w:fldCharType="begin"/>
            </w:r>
            <w:r w:rsidRPr="00100F51">
              <w:rPr>
                <w:rFonts w:ascii="Arial" w:hAnsi="Arial" w:cs="Arial"/>
                <w:i/>
                <w:iCs/>
                <w:sz w:val="18"/>
                <w:szCs w:val="18"/>
              </w:rPr>
              <w:instrText>NUMPAGES</w:instrText>
            </w:r>
            <w:r w:rsidRPr="00100F51">
              <w:rPr>
                <w:rFonts w:ascii="Arial" w:hAnsi="Arial" w:cs="Arial"/>
                <w:i/>
                <w:iCs/>
                <w:sz w:val="18"/>
                <w:szCs w:val="18"/>
              </w:rPr>
              <w:fldChar w:fldCharType="separate"/>
            </w:r>
            <w:r w:rsidRPr="00100F51">
              <w:rPr>
                <w:rFonts w:ascii="Arial" w:hAnsi="Arial" w:cs="Arial"/>
                <w:i/>
                <w:iCs/>
                <w:sz w:val="18"/>
                <w:szCs w:val="18"/>
                <w:lang w:val="sl-SI"/>
              </w:rPr>
              <w:t>2</w:t>
            </w:r>
            <w:r w:rsidRPr="00100F51">
              <w:rPr>
                <w:rFonts w:ascii="Arial" w:hAnsi="Arial" w:cs="Arial"/>
                <w:i/>
                <w:iCs/>
                <w:sz w:val="18"/>
                <w:szCs w:val="18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7BE66F2" w14:textId="77777777" w:rsidR="00644BC6" w:rsidRDefault="00644BC6" w:rsidP="00100F51">
      <w:pPr>
        <w:spacing w:after="0" w:line="240" w:lineRule="auto"/>
      </w:pPr>
      <w:r>
        <w:separator/>
      </w:r>
    </w:p>
  </w:footnote>
  <w:footnote w:type="continuationSeparator" w:id="0">
    <w:p w14:paraId="24F909D9" w14:textId="77777777" w:rsidR="00644BC6" w:rsidRDefault="00644BC6" w:rsidP="00100F5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D9DDB89" w14:textId="15582E25" w:rsidR="00100F51" w:rsidRPr="00FE678E" w:rsidRDefault="00100F51" w:rsidP="00FE678E">
    <w:pPr>
      <w:pStyle w:val="Glava"/>
      <w:jc w:val="center"/>
      <w:rPr>
        <w:rFonts w:ascii="Arial" w:hAnsi="Arial" w:cs="Arial"/>
        <w:i/>
        <w:iCs/>
        <w:sz w:val="18"/>
        <w:szCs w:val="18"/>
        <w:lang w:val="sl-SI"/>
      </w:rPr>
    </w:pPr>
    <w:r w:rsidRPr="00FE678E">
      <w:rPr>
        <w:rFonts w:ascii="Arial" w:hAnsi="Arial" w:cs="Arial"/>
        <w:i/>
        <w:iCs/>
        <w:sz w:val="18"/>
        <w:szCs w:val="18"/>
        <w:lang w:val="sl-SI"/>
      </w:rPr>
      <w:t xml:space="preserve">Donacija </w:t>
    </w:r>
    <w:r w:rsidR="00FE678E" w:rsidRPr="00FE678E">
      <w:rPr>
        <w:rFonts w:ascii="Arial" w:hAnsi="Arial" w:cs="Arial"/>
        <w:i/>
        <w:iCs/>
        <w:sz w:val="18"/>
        <w:szCs w:val="18"/>
        <w:lang w:val="sl-SI"/>
      </w:rPr>
      <w:br/>
    </w:r>
  </w:p>
  <w:p w14:paraId="4BF29B31" w14:textId="656B29EC" w:rsidR="00100F51" w:rsidRDefault="00100F51" w:rsidP="00FE678E">
    <w:pPr>
      <w:pStyle w:val="Glava"/>
      <w:jc w:val="center"/>
      <w:rPr>
        <w:rFonts w:ascii="Arial" w:hAnsi="Arial" w:cs="Arial"/>
        <w:i/>
        <w:iCs/>
        <w:sz w:val="18"/>
        <w:szCs w:val="18"/>
        <w:lang w:val="sl-SI"/>
      </w:rPr>
    </w:pPr>
    <w:r w:rsidRPr="00FE678E">
      <w:rPr>
        <w:rFonts w:ascii="Arial" w:hAnsi="Arial" w:cs="Arial"/>
        <w:i/>
        <w:iCs/>
        <w:sz w:val="18"/>
        <w:szCs w:val="18"/>
        <w:lang w:val="sl-SI"/>
      </w:rPr>
      <w:t xml:space="preserve">POŽAR NA DOMAČIJI </w:t>
    </w:r>
    <w:r w:rsidR="00DD4EFB">
      <w:rPr>
        <w:rFonts w:ascii="Arial" w:hAnsi="Arial" w:cs="Arial"/>
        <w:i/>
        <w:iCs/>
        <w:sz w:val="18"/>
        <w:szCs w:val="18"/>
        <w:lang w:val="sl-SI"/>
      </w:rPr>
      <w:t xml:space="preserve"> PLODER »NA PLODROV</w:t>
    </w:r>
    <w:r w:rsidR="009256C3">
      <w:rPr>
        <w:rFonts w:ascii="Arial" w:hAnsi="Arial" w:cs="Arial"/>
        <w:i/>
        <w:iCs/>
        <w:sz w:val="18"/>
        <w:szCs w:val="18"/>
        <w:lang w:val="sl-SI"/>
      </w:rPr>
      <w:t>E</w:t>
    </w:r>
    <w:r w:rsidR="00DD4EFB">
      <w:rPr>
        <w:rFonts w:ascii="Arial" w:hAnsi="Arial" w:cs="Arial"/>
        <w:i/>
        <w:iCs/>
        <w:sz w:val="18"/>
        <w:szCs w:val="18"/>
        <w:lang w:val="sl-SI"/>
      </w:rPr>
      <w:t>M« V PODOLŠEVI</w:t>
    </w:r>
  </w:p>
  <w:p w14:paraId="0BCA77C7" w14:textId="3ED2DD3C" w:rsidR="00FE678E" w:rsidRPr="00FE678E" w:rsidRDefault="00FE678E" w:rsidP="00FE678E">
    <w:pPr>
      <w:pStyle w:val="Glava"/>
      <w:jc w:val="center"/>
      <w:rPr>
        <w:i/>
        <w:iCs/>
        <w:sz w:val="18"/>
        <w:szCs w:val="18"/>
      </w:rPr>
    </w:pPr>
    <w:r>
      <w:rPr>
        <w:rFonts w:ascii="Arial" w:hAnsi="Arial" w:cs="Arial"/>
        <w:i/>
        <w:iCs/>
        <w:sz w:val="18"/>
        <w:szCs w:val="18"/>
        <w:lang w:val="sl-SI"/>
      </w:rPr>
      <w:t>------------------------------------------------------------------------------------------------------------------------------------------------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Otevilense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Otevilense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Oznaenseznam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Oznaenseznam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Otevilense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Oznaenseznam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62314C86"/>
    <w:multiLevelType w:val="hybridMultilevel"/>
    <w:tmpl w:val="AF2A6E92"/>
    <w:lvl w:ilvl="0" w:tplc="842ABBEA">
      <w:start w:val="1"/>
      <w:numFmt w:val="bullet"/>
      <w:lvlText w:val="-"/>
      <w:lvlJc w:val="left"/>
      <w:pPr>
        <w:ind w:left="720" w:hanging="360"/>
      </w:pPr>
      <w:rPr>
        <w:rFonts w:ascii="Cambria" w:eastAsiaTheme="minorEastAsia" w:hAnsi="Cambria" w:cstheme="minorBidi" w:hint="default"/>
        <w:sz w:val="22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75743"/>
    <w:rsid w:val="000F7CE0"/>
    <w:rsid w:val="00100F51"/>
    <w:rsid w:val="0015074B"/>
    <w:rsid w:val="001543BD"/>
    <w:rsid w:val="0025741F"/>
    <w:rsid w:val="0026181D"/>
    <w:rsid w:val="0029639D"/>
    <w:rsid w:val="002B4592"/>
    <w:rsid w:val="00326F90"/>
    <w:rsid w:val="004A62F9"/>
    <w:rsid w:val="004D4056"/>
    <w:rsid w:val="00570AE8"/>
    <w:rsid w:val="00644BC6"/>
    <w:rsid w:val="006B195A"/>
    <w:rsid w:val="00721CC7"/>
    <w:rsid w:val="009256C3"/>
    <w:rsid w:val="00A51683"/>
    <w:rsid w:val="00AA1D8D"/>
    <w:rsid w:val="00B47730"/>
    <w:rsid w:val="00CB0664"/>
    <w:rsid w:val="00CB3FFF"/>
    <w:rsid w:val="00CD1D69"/>
    <w:rsid w:val="00D15D0A"/>
    <w:rsid w:val="00DD4EFB"/>
    <w:rsid w:val="00FC693F"/>
    <w:rsid w:val="00FE67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550D9495"/>
  <w14:defaultImageDpi w14:val="300"/>
  <w15:docId w15:val="{D7C759B5-CC22-420F-B678-DB2C594574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avaden">
    <w:name w:val="Normal"/>
    <w:qFormat/>
    <w:rsid w:val="00FC693F"/>
  </w:style>
  <w:style w:type="paragraph" w:styleId="Naslov1">
    <w:name w:val="heading 1"/>
    <w:basedOn w:val="Navaden"/>
    <w:next w:val="Navaden"/>
    <w:link w:val="Naslov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slov2">
    <w:name w:val="heading 2"/>
    <w:basedOn w:val="Navaden"/>
    <w:next w:val="Navaden"/>
    <w:link w:val="Naslov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slov3">
    <w:name w:val="heading 3"/>
    <w:basedOn w:val="Navaden"/>
    <w:next w:val="Navaden"/>
    <w:link w:val="Naslov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E618BF"/>
  </w:style>
  <w:style w:type="paragraph" w:styleId="Noga">
    <w:name w:val="footer"/>
    <w:basedOn w:val="Navaden"/>
    <w:link w:val="Nog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E618BF"/>
  </w:style>
  <w:style w:type="paragraph" w:styleId="Brezrazmikov">
    <w:name w:val="No Spacing"/>
    <w:uiPriority w:val="1"/>
    <w:qFormat/>
    <w:rsid w:val="00FC693F"/>
    <w:pPr>
      <w:spacing w:after="0" w:line="240" w:lineRule="auto"/>
    </w:pPr>
  </w:style>
  <w:style w:type="character" w:customStyle="1" w:styleId="Naslov1Znak">
    <w:name w:val="Naslov 1 Znak"/>
    <w:basedOn w:val="Privzetapisavaodstavka"/>
    <w:link w:val="Naslov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slov2Znak">
    <w:name w:val="Naslov 2 Znak"/>
    <w:basedOn w:val="Privzetapisavaodstavka"/>
    <w:link w:val="Naslov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slov3Znak">
    <w:name w:val="Naslov 3 Znak"/>
    <w:basedOn w:val="Privzetapisavaodstavka"/>
    <w:link w:val="Naslov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">
    <w:name w:val="Title"/>
    <w:basedOn w:val="Navaden"/>
    <w:next w:val="Navaden"/>
    <w:link w:val="Naslov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aslovZnak">
    <w:name w:val="Naslov Znak"/>
    <w:basedOn w:val="Privzetapisavaodstavka"/>
    <w:link w:val="Nasl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slovZnak">
    <w:name w:val="Podnaslov Znak"/>
    <w:basedOn w:val="Privzetapisavaodstavka"/>
    <w:link w:val="Podnaslov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tavekseznama">
    <w:name w:val="List Paragraph"/>
    <w:basedOn w:val="Navaden"/>
    <w:uiPriority w:val="34"/>
    <w:qFormat/>
    <w:rsid w:val="00FC693F"/>
    <w:pPr>
      <w:ind w:left="720"/>
      <w:contextualSpacing/>
    </w:pPr>
  </w:style>
  <w:style w:type="paragraph" w:styleId="Telobesedila">
    <w:name w:val="Body Text"/>
    <w:basedOn w:val="Navaden"/>
    <w:link w:val="TelobesedilaZnak"/>
    <w:uiPriority w:val="99"/>
    <w:unhideWhenUsed/>
    <w:rsid w:val="00AA1D8D"/>
    <w:pPr>
      <w:spacing w:after="120"/>
    </w:pPr>
  </w:style>
  <w:style w:type="character" w:customStyle="1" w:styleId="TelobesedilaZnak">
    <w:name w:val="Telo besedila Znak"/>
    <w:basedOn w:val="Privzetapisavaodstavka"/>
    <w:link w:val="Telobesedila"/>
    <w:uiPriority w:val="99"/>
    <w:rsid w:val="00AA1D8D"/>
  </w:style>
  <w:style w:type="paragraph" w:styleId="Telobesedila2">
    <w:name w:val="Body Text 2"/>
    <w:basedOn w:val="Navaden"/>
    <w:link w:val="Telobesedila2Znak"/>
    <w:uiPriority w:val="99"/>
    <w:unhideWhenUsed/>
    <w:rsid w:val="00AA1D8D"/>
    <w:pPr>
      <w:spacing w:after="120" w:line="480" w:lineRule="auto"/>
    </w:pPr>
  </w:style>
  <w:style w:type="character" w:customStyle="1" w:styleId="Telobesedila2Znak">
    <w:name w:val="Telo besedila 2 Znak"/>
    <w:basedOn w:val="Privzetapisavaodstavka"/>
    <w:link w:val="Telobesedila2"/>
    <w:uiPriority w:val="99"/>
    <w:rsid w:val="00AA1D8D"/>
  </w:style>
  <w:style w:type="paragraph" w:styleId="Telobesedila3">
    <w:name w:val="Body Text 3"/>
    <w:basedOn w:val="Navaden"/>
    <w:link w:val="Telobesedila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lobesedila3Znak">
    <w:name w:val="Telo besedila 3 Znak"/>
    <w:basedOn w:val="Privzetapisavaodstavka"/>
    <w:link w:val="Telobesedila3"/>
    <w:uiPriority w:val="99"/>
    <w:rsid w:val="00AA1D8D"/>
    <w:rPr>
      <w:sz w:val="16"/>
      <w:szCs w:val="16"/>
    </w:rPr>
  </w:style>
  <w:style w:type="paragraph" w:styleId="Seznam">
    <w:name w:val="List"/>
    <w:basedOn w:val="Navaden"/>
    <w:uiPriority w:val="99"/>
    <w:unhideWhenUsed/>
    <w:rsid w:val="00AA1D8D"/>
    <w:pPr>
      <w:ind w:left="360" w:hanging="360"/>
      <w:contextualSpacing/>
    </w:pPr>
  </w:style>
  <w:style w:type="paragraph" w:styleId="Seznam2">
    <w:name w:val="List 2"/>
    <w:basedOn w:val="Navaden"/>
    <w:uiPriority w:val="99"/>
    <w:unhideWhenUsed/>
    <w:rsid w:val="00326F90"/>
    <w:pPr>
      <w:ind w:left="720" w:hanging="360"/>
      <w:contextualSpacing/>
    </w:pPr>
  </w:style>
  <w:style w:type="paragraph" w:styleId="Seznam3">
    <w:name w:val="List 3"/>
    <w:basedOn w:val="Navaden"/>
    <w:uiPriority w:val="99"/>
    <w:unhideWhenUsed/>
    <w:rsid w:val="00326F90"/>
    <w:pPr>
      <w:ind w:left="1080" w:hanging="360"/>
      <w:contextualSpacing/>
    </w:pPr>
  </w:style>
  <w:style w:type="paragraph" w:styleId="Oznaenseznam">
    <w:name w:val="List Bullet"/>
    <w:basedOn w:val="Navaden"/>
    <w:uiPriority w:val="99"/>
    <w:unhideWhenUsed/>
    <w:rsid w:val="00326F90"/>
    <w:pPr>
      <w:numPr>
        <w:numId w:val="1"/>
      </w:numPr>
      <w:contextualSpacing/>
    </w:pPr>
  </w:style>
  <w:style w:type="paragraph" w:styleId="Oznaenseznam2">
    <w:name w:val="List Bullet 2"/>
    <w:basedOn w:val="Navaden"/>
    <w:uiPriority w:val="99"/>
    <w:unhideWhenUsed/>
    <w:rsid w:val="00326F90"/>
    <w:pPr>
      <w:numPr>
        <w:numId w:val="2"/>
      </w:numPr>
      <w:contextualSpacing/>
    </w:pPr>
  </w:style>
  <w:style w:type="paragraph" w:styleId="Oznaenseznam3">
    <w:name w:val="List Bullet 3"/>
    <w:basedOn w:val="Navaden"/>
    <w:uiPriority w:val="99"/>
    <w:unhideWhenUsed/>
    <w:rsid w:val="00326F90"/>
    <w:pPr>
      <w:numPr>
        <w:numId w:val="3"/>
      </w:numPr>
      <w:contextualSpacing/>
    </w:pPr>
  </w:style>
  <w:style w:type="paragraph" w:styleId="Otevilenseznam">
    <w:name w:val="List Number"/>
    <w:basedOn w:val="Navaden"/>
    <w:uiPriority w:val="99"/>
    <w:unhideWhenUsed/>
    <w:rsid w:val="00326F90"/>
    <w:pPr>
      <w:numPr>
        <w:numId w:val="5"/>
      </w:numPr>
      <w:contextualSpacing/>
    </w:pPr>
  </w:style>
  <w:style w:type="paragraph" w:styleId="Otevilenseznam2">
    <w:name w:val="List Number 2"/>
    <w:basedOn w:val="Navaden"/>
    <w:uiPriority w:val="99"/>
    <w:unhideWhenUsed/>
    <w:rsid w:val="0029639D"/>
    <w:pPr>
      <w:numPr>
        <w:numId w:val="6"/>
      </w:numPr>
      <w:contextualSpacing/>
    </w:pPr>
  </w:style>
  <w:style w:type="paragraph" w:styleId="Otevilenseznam3">
    <w:name w:val="List Number 3"/>
    <w:basedOn w:val="Navaden"/>
    <w:uiPriority w:val="99"/>
    <w:unhideWhenUsed/>
    <w:rsid w:val="0029639D"/>
    <w:pPr>
      <w:numPr>
        <w:numId w:val="7"/>
      </w:numPr>
      <w:contextualSpacing/>
    </w:pPr>
  </w:style>
  <w:style w:type="paragraph" w:styleId="Seznam-nadaljevanje">
    <w:name w:val="List Continue"/>
    <w:basedOn w:val="Navaden"/>
    <w:uiPriority w:val="99"/>
    <w:unhideWhenUsed/>
    <w:rsid w:val="0029639D"/>
    <w:pPr>
      <w:spacing w:after="120"/>
      <w:ind w:left="360"/>
      <w:contextualSpacing/>
    </w:pPr>
  </w:style>
  <w:style w:type="paragraph" w:styleId="Seznam-nadaljevanje2">
    <w:name w:val="List Continue 2"/>
    <w:basedOn w:val="Navaden"/>
    <w:uiPriority w:val="99"/>
    <w:unhideWhenUsed/>
    <w:rsid w:val="0029639D"/>
    <w:pPr>
      <w:spacing w:after="120"/>
      <w:ind w:left="720"/>
      <w:contextualSpacing/>
    </w:pPr>
  </w:style>
  <w:style w:type="paragraph" w:styleId="Seznam-nadaljevanje3">
    <w:name w:val="List Continue 3"/>
    <w:basedOn w:val="Navaden"/>
    <w:uiPriority w:val="99"/>
    <w:unhideWhenUsed/>
    <w:rsid w:val="0029639D"/>
    <w:pPr>
      <w:spacing w:after="120"/>
      <w:ind w:left="1080"/>
      <w:contextualSpacing/>
    </w:pPr>
  </w:style>
  <w:style w:type="paragraph" w:styleId="Makrobesedilo">
    <w:name w:val="macro"/>
    <w:link w:val="Makrobesedilo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besediloZnak">
    <w:name w:val="Makro besedilo Znak"/>
    <w:basedOn w:val="Privzetapisavaodstavka"/>
    <w:link w:val="Makrobesedilo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avaden"/>
    <w:next w:val="Navaden"/>
    <w:link w:val="CitatZnak"/>
    <w:uiPriority w:val="29"/>
    <w:qFormat/>
    <w:rsid w:val="00FC693F"/>
    <w:rPr>
      <w:i/>
      <w:iCs/>
      <w:color w:val="000000" w:themeColor="text1"/>
    </w:rPr>
  </w:style>
  <w:style w:type="character" w:customStyle="1" w:styleId="CitatZnak">
    <w:name w:val="Citat Znak"/>
    <w:basedOn w:val="Privzetapisavaodstavka"/>
    <w:link w:val="Citat"/>
    <w:uiPriority w:val="29"/>
    <w:rsid w:val="00FC693F"/>
    <w:rPr>
      <w:i/>
      <w:iCs/>
      <w:color w:val="000000" w:themeColor="text1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Napis">
    <w:name w:val="caption"/>
    <w:basedOn w:val="Navaden"/>
    <w:next w:val="Navaden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Krepko">
    <w:name w:val="Strong"/>
    <w:basedOn w:val="Privzetapisavaodstavka"/>
    <w:uiPriority w:val="22"/>
    <w:qFormat/>
    <w:rsid w:val="00FC693F"/>
    <w:rPr>
      <w:b/>
      <w:bCs/>
    </w:rPr>
  </w:style>
  <w:style w:type="character" w:styleId="Poudarek">
    <w:name w:val="Emphasis"/>
    <w:basedOn w:val="Privzetapisavaodstavka"/>
    <w:uiPriority w:val="20"/>
    <w:qFormat/>
    <w:rsid w:val="00FC693F"/>
    <w:rPr>
      <w:i/>
      <w:iCs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FC693F"/>
    <w:rPr>
      <w:b/>
      <w:bCs/>
      <w:i/>
      <w:iCs/>
      <w:color w:val="4F81BD" w:themeColor="accent1"/>
    </w:rPr>
  </w:style>
  <w:style w:type="character" w:styleId="Neenpoudarek">
    <w:name w:val="Subtle Emphasis"/>
    <w:basedOn w:val="Privzetapisavaodstavka"/>
    <w:uiPriority w:val="19"/>
    <w:qFormat/>
    <w:rsid w:val="00FC693F"/>
    <w:rPr>
      <w:i/>
      <w:iCs/>
      <w:color w:val="808080" w:themeColor="text1" w:themeTint="7F"/>
    </w:rPr>
  </w:style>
  <w:style w:type="character" w:styleId="Intenzivenpoudarek">
    <w:name w:val="Intense Emphasis"/>
    <w:basedOn w:val="Privzetapisavaodstavka"/>
    <w:uiPriority w:val="21"/>
    <w:qFormat/>
    <w:rsid w:val="00FC693F"/>
    <w:rPr>
      <w:b/>
      <w:bCs/>
      <w:i/>
      <w:iCs/>
      <w:color w:val="4F81BD" w:themeColor="accent1"/>
    </w:rPr>
  </w:style>
  <w:style w:type="character" w:styleId="Neensklic">
    <w:name w:val="Subtle Reference"/>
    <w:basedOn w:val="Privzetapisavaodstavka"/>
    <w:uiPriority w:val="31"/>
    <w:qFormat/>
    <w:rsid w:val="00FC693F"/>
    <w:rPr>
      <w:smallCaps/>
      <w:color w:val="C0504D" w:themeColor="accent2"/>
      <w:u w:val="single"/>
    </w:rPr>
  </w:style>
  <w:style w:type="character" w:styleId="Intenzivensklic">
    <w:name w:val="Intense Reference"/>
    <w:basedOn w:val="Privzetapisavaodstavka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aslovknjige">
    <w:name w:val="Book Title"/>
    <w:basedOn w:val="Privzetapisavaodstavka"/>
    <w:uiPriority w:val="33"/>
    <w:qFormat/>
    <w:rsid w:val="00FC693F"/>
    <w:rPr>
      <w:b/>
      <w:bCs/>
      <w:smallCaps/>
      <w:spacing w:val="5"/>
    </w:rPr>
  </w:style>
  <w:style w:type="paragraph" w:styleId="NaslovTOC">
    <w:name w:val="TOC Heading"/>
    <w:basedOn w:val="Naslov1"/>
    <w:next w:val="Navaden"/>
    <w:uiPriority w:val="39"/>
    <w:semiHidden/>
    <w:unhideWhenUsed/>
    <w:qFormat/>
    <w:rsid w:val="00FC693F"/>
    <w:pPr>
      <w:outlineLvl w:val="9"/>
    </w:pPr>
  </w:style>
  <w:style w:type="table" w:styleId="Tabelamrea">
    <w:name w:val="Table Grid"/>
    <w:basedOn w:val="Navadnatabel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etlosenenje">
    <w:name w:val="Light Shading"/>
    <w:basedOn w:val="Navadnatabel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etlosenenjepoudarek1">
    <w:name w:val="Light Shading Accent 1"/>
    <w:basedOn w:val="Navadnatabel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etlosenenjepoudarek2">
    <w:name w:val="Light Shading Accent 2"/>
    <w:basedOn w:val="Navadnatabel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etlosenenjepoudarek3">
    <w:name w:val="Light Shading Accent 3"/>
    <w:basedOn w:val="Navadnatabel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etlosenenjepoudarek4">
    <w:name w:val="Light Shading Accent 4"/>
    <w:basedOn w:val="Navadnatabel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etlosenenjepoudarek5">
    <w:name w:val="Light Shading Accent 5"/>
    <w:basedOn w:val="Navadnatabel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etlosenenjepoudarek6">
    <w:name w:val="Light Shading Accent 6"/>
    <w:basedOn w:val="Navadnatabel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etelseznam">
    <w:name w:val="Light List"/>
    <w:basedOn w:val="Navadnatabel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etelseznampoudarek1">
    <w:name w:val="Light List Accent 1"/>
    <w:basedOn w:val="Navadnatabel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etelseznampoudarek2">
    <w:name w:val="Light List Accent 2"/>
    <w:basedOn w:val="Navadnatabel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etelseznampoudarek3">
    <w:name w:val="Light List Accent 3"/>
    <w:basedOn w:val="Navadnatabel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etelseznampoudarek4">
    <w:name w:val="Light List Accent 4"/>
    <w:basedOn w:val="Navadnatabel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etelseznampoudarek5">
    <w:name w:val="Light List Accent 5"/>
    <w:basedOn w:val="Navadnatabel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etelseznampoudarek6">
    <w:name w:val="Light List Accent 6"/>
    <w:basedOn w:val="Navadnatabel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etlamrea">
    <w:name w:val="Light Grid"/>
    <w:basedOn w:val="Navadnatabel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etlamreapoudarek1">
    <w:name w:val="Light Grid Accent 1"/>
    <w:basedOn w:val="Navadnatabel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etlamreapoudarek2">
    <w:name w:val="Light Grid Accent 2"/>
    <w:basedOn w:val="Navadnatabel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etlamreapoudarek3">
    <w:name w:val="Light Grid Accent 3"/>
    <w:basedOn w:val="Navadnatabel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etlamreapoudarek4">
    <w:name w:val="Light Grid Accent 4"/>
    <w:basedOn w:val="Navadnatabel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etlamreapoudarek5">
    <w:name w:val="Light Grid Accent 5"/>
    <w:basedOn w:val="Navadnatabel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etlamreapoudarek6">
    <w:name w:val="Light Grid Accent 6"/>
    <w:basedOn w:val="Navadnatabel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rednjesenenje1">
    <w:name w:val="Medium Shading 1"/>
    <w:basedOn w:val="Navadnatabel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enenje1poudarek1">
    <w:name w:val="Medium Shading 1 Accent 1"/>
    <w:basedOn w:val="Navadnatabel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enenje1poudarek2">
    <w:name w:val="Medium Shading 1 Accent 2"/>
    <w:basedOn w:val="Navadnatabel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enenje1poudarek3">
    <w:name w:val="Medium Shading 1 Accent 3"/>
    <w:basedOn w:val="Navadnatabel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enenje1poudarek4">
    <w:name w:val="Medium Shading 1 Accent 4"/>
    <w:basedOn w:val="Navadnatabel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enenje1poudarek5">
    <w:name w:val="Medium Shading 1 Accent 5"/>
    <w:basedOn w:val="Navadnatabel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enenje1poudarek6">
    <w:name w:val="Medium Shading 1 Accent 6"/>
    <w:basedOn w:val="Navadnatabel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enenje2">
    <w:name w:val="Medium Shading 2"/>
    <w:basedOn w:val="Navadnatabel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enenje2poudarek1">
    <w:name w:val="Medium Shading 2 Accent 1"/>
    <w:basedOn w:val="Navadnatabel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enenje2poudarek2">
    <w:name w:val="Medium Shading 2 Accent 2"/>
    <w:basedOn w:val="Navadnatabel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enenje2poudarek3">
    <w:name w:val="Medium Shading 2 Accent 3"/>
    <w:basedOn w:val="Navadnatabel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enenje2poudarek4">
    <w:name w:val="Medium Shading 2 Accent 4"/>
    <w:basedOn w:val="Navadnatabel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enenje2poudarek5">
    <w:name w:val="Medium Shading 2 Accent 5"/>
    <w:basedOn w:val="Navadnatabel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enenje2poudarek6">
    <w:name w:val="Medium Shading 2 Accent 6"/>
    <w:basedOn w:val="Navadnatabel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iseznam1">
    <w:name w:val="Medium List 1"/>
    <w:basedOn w:val="Navadnatabel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rednjiseznam1poudarek1">
    <w:name w:val="Medium List 1 Accent 1"/>
    <w:basedOn w:val="Navadnatabel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rednjiseznam1poudarek2">
    <w:name w:val="Medium List 1 Accent 2"/>
    <w:basedOn w:val="Navadnatabel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rednjiseznam1poudarek3">
    <w:name w:val="Medium List 1 Accent 3"/>
    <w:basedOn w:val="Navadnatabel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rednjiseznam1poudarek4">
    <w:name w:val="Medium List 1 Accent 4"/>
    <w:basedOn w:val="Navadnatabel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rednjiseznam1poudarek5">
    <w:name w:val="Medium List 1 Accent 5"/>
    <w:basedOn w:val="Navadnatabel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rednjiseznam1poudarek6">
    <w:name w:val="Medium List 1 Accent 6"/>
    <w:basedOn w:val="Navadnatabel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rednjiseznam2">
    <w:name w:val="Medium List 2"/>
    <w:basedOn w:val="Navadnatabel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seznam2poudarek1">
    <w:name w:val="Medium List 2 Accent 1"/>
    <w:basedOn w:val="Navadnatabel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seznam2poudarek2">
    <w:name w:val="Medium List 2 Accent 2"/>
    <w:basedOn w:val="Navadnatabel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seznam2poudarek3">
    <w:name w:val="Medium List 2 Accent 3"/>
    <w:basedOn w:val="Navadnatabel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seznam2poudarek4">
    <w:name w:val="Medium List 2 Accent 4"/>
    <w:basedOn w:val="Navadnatabel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seznam2poudarek5">
    <w:name w:val="Medium List 2 Accent 5"/>
    <w:basedOn w:val="Navadnatabel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seznam2poudarek6">
    <w:name w:val="Medium List 2 Accent 6"/>
    <w:basedOn w:val="Navadnatabel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amrea1">
    <w:name w:val="Medium Grid 1"/>
    <w:basedOn w:val="Navadnatabel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rednjamrea1poudarek1">
    <w:name w:val="Medium Grid 1 Accent 1"/>
    <w:basedOn w:val="Navadnatabel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rednjamrea1poudarek2">
    <w:name w:val="Medium Grid 1 Accent 2"/>
    <w:basedOn w:val="Navadnatabel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rednjamrea1poudarek3">
    <w:name w:val="Medium Grid 1 Accent 3"/>
    <w:basedOn w:val="Navadnatabel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rednjamrea1poudarek4">
    <w:name w:val="Medium Grid 1 Accent 4"/>
    <w:basedOn w:val="Navadnatabel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rednjamrea1poudarek5">
    <w:name w:val="Medium Grid 1 Accent 5"/>
    <w:basedOn w:val="Navadnatabel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rednjamrea1poudarek6">
    <w:name w:val="Medium Grid 1 Accent 6"/>
    <w:basedOn w:val="Navadnatabel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rednjamrea2">
    <w:name w:val="Medium Grid 2"/>
    <w:basedOn w:val="Navadnatabel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mrea2poudarek1">
    <w:name w:val="Medium Grid 2 Accent 1"/>
    <w:basedOn w:val="Navadnatabel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mrea2poudarek2">
    <w:name w:val="Medium Grid 2 Accent 2"/>
    <w:basedOn w:val="Navadnatabel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mrea2poudarek3">
    <w:name w:val="Medium Grid 2 Accent 3"/>
    <w:basedOn w:val="Navadnatabel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mrea2poudarek4">
    <w:name w:val="Medium Grid 2 Accent 4"/>
    <w:basedOn w:val="Navadnatabel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mrea2poudarek5">
    <w:name w:val="Medium Grid 2 Accent 5"/>
    <w:basedOn w:val="Navadnatabel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mrea2poudarek6">
    <w:name w:val="Medium Grid 2 Accent 6"/>
    <w:basedOn w:val="Navadnatabel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mrea3">
    <w:name w:val="Medium Grid 3"/>
    <w:basedOn w:val="Navadnatabel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rednjamrea3poudarek1">
    <w:name w:val="Medium Grid 3 Accent 1"/>
    <w:basedOn w:val="Navadnatabel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rednjamrea3poudarek2">
    <w:name w:val="Medium Grid 3 Accent 2"/>
    <w:basedOn w:val="Navadnatabel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rednjamrea3poudarek3">
    <w:name w:val="Medium Grid 3 Accent 3"/>
    <w:basedOn w:val="Navadnatabel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rednjamrea3poudarek4">
    <w:name w:val="Medium Grid 3 Accent 4"/>
    <w:basedOn w:val="Navadnatabel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rednjamrea3poudarek5">
    <w:name w:val="Medium Grid 3 Accent 5"/>
    <w:basedOn w:val="Navadnatabel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rednjamrea3poudarek6">
    <w:name w:val="Medium Grid 3 Accent 6"/>
    <w:basedOn w:val="Navadnatabel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emenseznam">
    <w:name w:val="Dark List"/>
    <w:basedOn w:val="Navadnatabel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emenseznampoudarek1">
    <w:name w:val="Dark List Accent 1"/>
    <w:basedOn w:val="Navadnatabel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emenseznampoudarek2">
    <w:name w:val="Dark List Accent 2"/>
    <w:basedOn w:val="Navadnatabel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emenseznampoudarek3">
    <w:name w:val="Dark List Accent 3"/>
    <w:basedOn w:val="Navadnatabel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emenseznampoudarek4">
    <w:name w:val="Dark List Accent 4"/>
    <w:basedOn w:val="Navadnatabel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emenseznampoudarek5">
    <w:name w:val="Dark List Accent 5"/>
    <w:basedOn w:val="Navadnatabel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emenseznampoudarek6">
    <w:name w:val="Dark List Accent 6"/>
    <w:basedOn w:val="Navadnatabel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Barvnosenenje">
    <w:name w:val="Colorful Shading"/>
    <w:basedOn w:val="Navadnatabel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vnosenenjepoudarek1">
    <w:name w:val="Colorful Shading Accent 1"/>
    <w:basedOn w:val="Navadnatabel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vnosenenjepoudarek2">
    <w:name w:val="Colorful Shading Accent 2"/>
    <w:basedOn w:val="Navadnatabel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vnosenenjepoudarek3">
    <w:name w:val="Colorful Shading Accent 3"/>
    <w:basedOn w:val="Navadnatabel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vnosenenjepoudarek4">
    <w:name w:val="Colorful Shading Accent 4"/>
    <w:basedOn w:val="Navadnatabel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vnosenenjepoudarek5">
    <w:name w:val="Colorful Shading Accent 5"/>
    <w:basedOn w:val="Navadnatabel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vnosenenjepoudarek6">
    <w:name w:val="Colorful Shading Accent 6"/>
    <w:basedOn w:val="Navadnatabel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vniseznam">
    <w:name w:val="Colorful List"/>
    <w:basedOn w:val="Navadnatabel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Barvniseznampoudarek1">
    <w:name w:val="Colorful List Accent 1"/>
    <w:basedOn w:val="Navadnatabel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Barvniseznampoudarek2">
    <w:name w:val="Colorful List Accent 2"/>
    <w:basedOn w:val="Navadnatabel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Barvenseznampoudarek3">
    <w:name w:val="Colorful List Accent 3"/>
    <w:basedOn w:val="Navadnatabel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Barvniseznampoudarek4">
    <w:name w:val="Colorful List Accent 4"/>
    <w:basedOn w:val="Navadnatabel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Barvniseznampoudarek5">
    <w:name w:val="Colorful List Accent 5"/>
    <w:basedOn w:val="Navadnatabel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Barvniseznampoudarek6">
    <w:name w:val="Colorful List Accent 6"/>
    <w:basedOn w:val="Navadnatabel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Barvnamrea">
    <w:name w:val="Colorful Grid"/>
    <w:basedOn w:val="Navadnatabel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Barvnamreapoudarek1">
    <w:name w:val="Colorful Grid Accent 1"/>
    <w:basedOn w:val="Navadnatabel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Barvnamreapoudarek2">
    <w:name w:val="Colorful Grid Accent 2"/>
    <w:basedOn w:val="Navadnatabel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Barvnamreapoudarek3">
    <w:name w:val="Colorful Grid Accent 3"/>
    <w:basedOn w:val="Navadnatabel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vnamreapoudarek4">
    <w:name w:val="Colorful Grid Accent 4"/>
    <w:basedOn w:val="Navadnatabel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Barvnamreapoudarek5">
    <w:name w:val="Colorful Grid Accent 5"/>
    <w:basedOn w:val="Navadnatabel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Barvnamreapoudarek6">
    <w:name w:val="Colorful Grid Accent 6"/>
    <w:basedOn w:val="Navadnatabel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Slog">
    <w:name w:val="Slog"/>
    <w:uiPriority w:val="99"/>
    <w:rsid w:val="0007574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l-SI" w:eastAsia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860C07C-5C2B-44EE-846E-037E321AEF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385</Words>
  <Characters>2197</Characters>
  <Application>Microsoft Office Word</Application>
  <DocSecurity>0</DocSecurity>
  <Lines>18</Lines>
  <Paragraphs>5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2577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Katarina</cp:lastModifiedBy>
  <cp:revision>4</cp:revision>
  <dcterms:created xsi:type="dcterms:W3CDTF">2026-09-15T14:27:00Z</dcterms:created>
  <dcterms:modified xsi:type="dcterms:W3CDTF">2026-09-28T05:40:00Z</dcterms:modified>
  <cp:category/>
</cp:coreProperties>
</file>